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4C572" w14:textId="77777777" w:rsidR="00CC049A" w:rsidRPr="00DF3460" w:rsidRDefault="00C82297" w:rsidP="005C21FC">
      <w:pPr>
        <w:spacing w:after="0"/>
        <w:jc w:val="center"/>
        <w:rPr>
          <w:bCs/>
          <w:color w:val="1A325E"/>
          <w:sz w:val="36"/>
          <w:szCs w:val="36"/>
          <w:lang w:val="en-NZ"/>
        </w:rPr>
      </w:pPr>
      <w:r w:rsidRPr="00DF3460">
        <w:rPr>
          <w:bCs/>
          <w:color w:val="1A325E"/>
          <w:sz w:val="72"/>
          <w:szCs w:val="44"/>
          <w:lang w:val="en-NZ"/>
        </w:rPr>
        <w:t>Access to Justice Award 2026</w:t>
      </w:r>
    </w:p>
    <w:p w14:paraId="41D7704B" w14:textId="00264E15" w:rsidR="00CC049A" w:rsidRPr="00DF3460" w:rsidRDefault="003607DC">
      <w:pPr>
        <w:jc w:val="center"/>
        <w:rPr>
          <w:bCs/>
          <w:lang w:val="en-NZ"/>
        </w:rPr>
      </w:pPr>
      <w:r w:rsidRPr="00DF3460">
        <w:rPr>
          <w:bCs/>
          <w:color w:val="595959"/>
          <w:sz w:val="26"/>
          <w:lang w:val="en-NZ"/>
        </w:rPr>
        <w:t>NOMINATION FORM</w:t>
      </w:r>
    </w:p>
    <w:p w14:paraId="057C7DE1" w14:textId="30F9CC89" w:rsidR="005C21FC" w:rsidRPr="00DF3460" w:rsidRDefault="00C30CB9" w:rsidP="00B75F06">
      <w:pPr>
        <w:spacing w:after="0"/>
        <w:rPr>
          <w:color w:val="404040" w:themeColor="text1" w:themeTint="BF"/>
          <w:lang w:val="en-NZ"/>
        </w:rPr>
      </w:pPr>
      <w:r w:rsidRPr="00DF3460">
        <w:rPr>
          <w:color w:val="404040" w:themeColor="text1" w:themeTint="BF"/>
          <w:lang w:val="en-NZ"/>
        </w:rPr>
        <w:t>Please complete the</w:t>
      </w:r>
      <w:r w:rsidR="00C82297" w:rsidRPr="00DF3460">
        <w:rPr>
          <w:color w:val="404040" w:themeColor="text1" w:themeTint="BF"/>
          <w:lang w:val="en-NZ"/>
        </w:rPr>
        <w:t xml:space="preserve"> Nomination </w:t>
      </w:r>
      <w:r w:rsidR="00C72260" w:rsidRPr="00DF3460">
        <w:rPr>
          <w:color w:val="404040" w:themeColor="text1" w:themeTint="BF"/>
          <w:lang w:val="en-NZ"/>
        </w:rPr>
        <w:t xml:space="preserve">Form below and email it to the NZBA </w:t>
      </w:r>
      <w:r w:rsidR="00C82297" w:rsidRPr="00DF3460">
        <w:rPr>
          <w:color w:val="404040" w:themeColor="text1" w:themeTint="BF"/>
          <w:lang w:val="en-NZ"/>
        </w:rPr>
        <w:t xml:space="preserve">at </w:t>
      </w:r>
      <w:r w:rsidR="00C82297" w:rsidRPr="00DF3460">
        <w:rPr>
          <w:color w:val="404040" w:themeColor="text1" w:themeTint="BF"/>
          <w:u w:val="single"/>
          <w:lang w:val="en-NZ"/>
        </w:rPr>
        <w:t>president@nzbar.org.nz</w:t>
      </w:r>
      <w:r w:rsidR="00C82297" w:rsidRPr="00DF3460">
        <w:rPr>
          <w:color w:val="404040" w:themeColor="text1" w:themeTint="BF"/>
          <w:lang w:val="en-NZ"/>
        </w:rPr>
        <w:t xml:space="preserve"> by </w:t>
      </w:r>
      <w:r w:rsidR="00C72260" w:rsidRPr="00DF3460">
        <w:rPr>
          <w:b/>
          <w:color w:val="404040" w:themeColor="text1" w:themeTint="BF"/>
          <w:lang w:val="en-NZ"/>
        </w:rPr>
        <w:t>5pm</w:t>
      </w:r>
      <w:r w:rsidR="00C82297" w:rsidRPr="00DF3460">
        <w:rPr>
          <w:b/>
          <w:color w:val="404040" w:themeColor="text1" w:themeTint="BF"/>
          <w:lang w:val="en-NZ"/>
        </w:rPr>
        <w:t xml:space="preserve"> on 14 August 2026</w:t>
      </w:r>
      <w:r w:rsidR="00C82297" w:rsidRPr="00DF3460">
        <w:rPr>
          <w:color w:val="404040" w:themeColor="text1" w:themeTint="BF"/>
          <w:lang w:val="en-NZ"/>
        </w:rPr>
        <w:t xml:space="preserve">. No </w:t>
      </w:r>
      <w:r w:rsidR="0097439D" w:rsidRPr="00DF3460">
        <w:rPr>
          <w:color w:val="404040" w:themeColor="text1" w:themeTint="BF"/>
          <w:lang w:val="en-NZ"/>
        </w:rPr>
        <w:t>n</w:t>
      </w:r>
      <w:r w:rsidR="00C82297" w:rsidRPr="00DF3460">
        <w:rPr>
          <w:color w:val="404040" w:themeColor="text1" w:themeTint="BF"/>
          <w:lang w:val="en-NZ"/>
        </w:rPr>
        <w:t>omination</w:t>
      </w:r>
      <w:r w:rsidR="009E1EA1">
        <w:rPr>
          <w:color w:val="404040" w:themeColor="text1" w:themeTint="BF"/>
          <w:lang w:val="en-NZ"/>
        </w:rPr>
        <w:t>s</w:t>
      </w:r>
      <w:r w:rsidR="00C82297" w:rsidRPr="00DF3460">
        <w:rPr>
          <w:color w:val="404040" w:themeColor="text1" w:themeTint="BF"/>
          <w:lang w:val="en-NZ"/>
        </w:rPr>
        <w:t xml:space="preserve"> will be accepted after that time.</w:t>
      </w:r>
    </w:p>
    <w:p w14:paraId="7EA9C9AE" w14:textId="1B50E8D6" w:rsidR="00CC049A" w:rsidRPr="00DF3460" w:rsidRDefault="005C21FC" w:rsidP="00B85111">
      <w:pPr>
        <w:pStyle w:val="Heading2"/>
        <w:spacing w:before="160" w:after="40"/>
        <w:rPr>
          <w:b w:val="0"/>
          <w:bCs w:val="0"/>
          <w:color w:val="1A325E"/>
          <w:sz w:val="36"/>
          <w:szCs w:val="36"/>
          <w:lang w:val="en-NZ"/>
        </w:rPr>
      </w:pPr>
      <w:r w:rsidRPr="00DF3460">
        <w:rPr>
          <w:b w:val="0"/>
          <w:bCs w:val="0"/>
          <w:color w:val="1A325E"/>
          <w:sz w:val="36"/>
          <w:szCs w:val="36"/>
          <w:lang w:val="en-NZ"/>
        </w:rPr>
        <w:t>Part A: Nomination</w:t>
      </w:r>
    </w:p>
    <w:tbl>
      <w:tblPr>
        <w:tblStyle w:val="TableGrid"/>
        <w:tblW w:w="0" w:type="auto"/>
        <w:shd w:val="clear" w:color="auto" w:fill="1A325E"/>
        <w:tblLook w:val="04A0" w:firstRow="1" w:lastRow="0" w:firstColumn="1" w:lastColumn="0" w:noHBand="0" w:noVBand="1"/>
      </w:tblPr>
      <w:tblGrid>
        <w:gridCol w:w="9962"/>
      </w:tblGrid>
      <w:tr w:rsidR="00A23727" w:rsidRPr="00DF3460" w14:paraId="1DA347F3" w14:textId="77777777" w:rsidTr="00A23727">
        <w:tc>
          <w:tcPr>
            <w:tcW w:w="9962" w:type="dxa"/>
            <w:shd w:val="clear" w:color="auto" w:fill="1A325E"/>
          </w:tcPr>
          <w:p w14:paraId="38DD5218" w14:textId="732E0D11" w:rsidR="00A23727" w:rsidRPr="00DF3460" w:rsidRDefault="00A23727" w:rsidP="006F483E">
            <w:pPr>
              <w:rPr>
                <w:b/>
                <w:bCs/>
                <w:color w:val="FFFFFF" w:themeColor="background1"/>
                <w:lang w:val="en-NZ"/>
              </w:rPr>
            </w:pPr>
            <w:r w:rsidRPr="00DF3460">
              <w:rPr>
                <w:b/>
                <w:bCs/>
                <w:color w:val="FFFFFF" w:themeColor="background1"/>
                <w:lang w:val="en-NZ"/>
              </w:rPr>
              <w:t>NOMINATE A CANDIDATE</w:t>
            </w:r>
          </w:p>
        </w:tc>
      </w:tr>
    </w:tbl>
    <w:p w14:paraId="52AB04A2" w14:textId="498EF12A" w:rsidR="00CC049A" w:rsidRPr="00DF3460" w:rsidRDefault="00511425">
      <w:pPr>
        <w:rPr>
          <w:bCs/>
          <w:i/>
          <w:iCs/>
          <w:color w:val="808080" w:themeColor="background1" w:themeShade="80"/>
          <w:lang w:val="en-NZ"/>
        </w:rPr>
      </w:pPr>
      <w:r w:rsidRPr="00DF3460">
        <w:rPr>
          <w:bCs/>
          <w:i/>
          <w:iCs/>
          <w:color w:val="808080" w:themeColor="background1" w:themeShade="80"/>
          <w:lang w:val="en-NZ"/>
        </w:rPr>
        <w:t xml:space="preserve">Please fill out the following </w:t>
      </w:r>
      <w:r w:rsidR="00151956" w:rsidRPr="00DF3460">
        <w:rPr>
          <w:bCs/>
          <w:i/>
          <w:iCs/>
          <w:color w:val="808080" w:themeColor="background1" w:themeShade="80"/>
          <w:lang w:val="en-NZ"/>
        </w:rPr>
        <w:t>if you are nominating a candidate: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
        <w:gridCol w:w="807"/>
        <w:gridCol w:w="3402"/>
        <w:gridCol w:w="1134"/>
        <w:gridCol w:w="567"/>
        <w:gridCol w:w="851"/>
        <w:gridCol w:w="2874"/>
      </w:tblGrid>
      <w:tr w:rsidR="0077481B" w:rsidRPr="00DF3460" w14:paraId="1CD6A723" w14:textId="77777777" w:rsidTr="00C57276">
        <w:trPr>
          <w:trHeight w:val="396"/>
        </w:trPr>
        <w:tc>
          <w:tcPr>
            <w:tcW w:w="327" w:type="dxa"/>
            <w:vAlign w:val="bottom"/>
          </w:tcPr>
          <w:p w14:paraId="63819B66" w14:textId="06965AFA" w:rsidR="0077481B" w:rsidRPr="00DF3460" w:rsidRDefault="0077481B" w:rsidP="009D6831">
            <w:pPr>
              <w:rPr>
                <w:color w:val="404040" w:themeColor="text1" w:themeTint="BF"/>
                <w:lang w:val="en-NZ"/>
              </w:rPr>
            </w:pPr>
            <w:r w:rsidRPr="00DF3460">
              <w:rPr>
                <w:color w:val="404040" w:themeColor="text1" w:themeTint="BF"/>
                <w:lang w:val="en-NZ"/>
              </w:rPr>
              <w:t xml:space="preserve">I, </w:t>
            </w:r>
          </w:p>
        </w:tc>
        <w:tc>
          <w:tcPr>
            <w:tcW w:w="4209" w:type="dxa"/>
            <w:gridSpan w:val="2"/>
            <w:tcBorders>
              <w:bottom w:val="single" w:sz="4" w:space="0" w:color="auto"/>
            </w:tcBorders>
            <w:vAlign w:val="bottom"/>
          </w:tcPr>
          <w:p w14:paraId="6BBBEC69" w14:textId="5EF9A91A" w:rsidR="0077481B" w:rsidRPr="00DF3460" w:rsidRDefault="0077481B" w:rsidP="009D6831">
            <w:pPr>
              <w:rPr>
                <w:color w:val="404040" w:themeColor="text1" w:themeTint="BF"/>
                <w:lang w:val="en-NZ"/>
              </w:rPr>
            </w:pPr>
          </w:p>
        </w:tc>
        <w:tc>
          <w:tcPr>
            <w:tcW w:w="1134" w:type="dxa"/>
            <w:vAlign w:val="bottom"/>
          </w:tcPr>
          <w:p w14:paraId="2D7F5E89" w14:textId="0BF64B17" w:rsidR="0077481B" w:rsidRPr="00DF3460" w:rsidRDefault="009B0606" w:rsidP="009D6831">
            <w:pPr>
              <w:rPr>
                <w:color w:val="404040" w:themeColor="text1" w:themeTint="BF"/>
                <w:lang w:val="en-NZ"/>
              </w:rPr>
            </w:pPr>
            <w:r w:rsidRPr="00DF3460">
              <w:rPr>
                <w:color w:val="404040" w:themeColor="text1" w:themeTint="BF"/>
                <w:lang w:val="en-NZ"/>
              </w:rPr>
              <w:t>n</w:t>
            </w:r>
            <w:r w:rsidR="0077481B" w:rsidRPr="00DF3460">
              <w:rPr>
                <w:color w:val="404040" w:themeColor="text1" w:themeTint="BF"/>
                <w:lang w:val="en-NZ"/>
              </w:rPr>
              <w:t>ominate</w:t>
            </w:r>
          </w:p>
        </w:tc>
        <w:tc>
          <w:tcPr>
            <w:tcW w:w="4292" w:type="dxa"/>
            <w:gridSpan w:val="3"/>
            <w:tcBorders>
              <w:bottom w:val="single" w:sz="4" w:space="0" w:color="auto"/>
            </w:tcBorders>
            <w:vAlign w:val="bottom"/>
          </w:tcPr>
          <w:p w14:paraId="236961B8" w14:textId="5574D4D9" w:rsidR="0077481B" w:rsidRPr="00DF3460" w:rsidRDefault="0077481B" w:rsidP="009D6831">
            <w:pPr>
              <w:rPr>
                <w:color w:val="404040" w:themeColor="text1" w:themeTint="BF"/>
                <w:lang w:val="en-NZ"/>
              </w:rPr>
            </w:pPr>
          </w:p>
        </w:tc>
      </w:tr>
      <w:tr w:rsidR="00D13C57" w:rsidRPr="00DF3460" w14:paraId="3A099D33" w14:textId="77777777" w:rsidTr="00D13C57">
        <w:trPr>
          <w:trHeight w:val="403"/>
        </w:trPr>
        <w:tc>
          <w:tcPr>
            <w:tcW w:w="9962" w:type="dxa"/>
            <w:gridSpan w:val="7"/>
            <w:vAlign w:val="bottom"/>
          </w:tcPr>
          <w:p w14:paraId="54DCE9FE" w14:textId="004A958E" w:rsidR="00D13C57" w:rsidRPr="00DF3460" w:rsidRDefault="00D13C57" w:rsidP="009D6831">
            <w:pPr>
              <w:rPr>
                <w:color w:val="404040" w:themeColor="text1" w:themeTint="BF"/>
                <w:lang w:val="en-NZ"/>
              </w:rPr>
            </w:pPr>
            <w:r w:rsidRPr="00DF3460">
              <w:rPr>
                <w:color w:val="404040" w:themeColor="text1" w:themeTint="BF"/>
                <w:lang w:val="en-NZ"/>
              </w:rPr>
              <w:t>as a candidate for the Access to Justice Award.</w:t>
            </w:r>
          </w:p>
        </w:tc>
      </w:tr>
      <w:tr w:rsidR="009D6831" w:rsidRPr="00DF3460" w14:paraId="2D1D954A" w14:textId="77777777" w:rsidTr="00D13C57">
        <w:trPr>
          <w:trHeight w:val="717"/>
        </w:trPr>
        <w:tc>
          <w:tcPr>
            <w:tcW w:w="1134" w:type="dxa"/>
            <w:gridSpan w:val="2"/>
            <w:vAlign w:val="bottom"/>
          </w:tcPr>
          <w:p w14:paraId="1E6D11D5" w14:textId="68C27479" w:rsidR="009D6831" w:rsidRPr="00DF3460" w:rsidRDefault="009D6831" w:rsidP="009D6831">
            <w:pPr>
              <w:rPr>
                <w:color w:val="404040" w:themeColor="text1" w:themeTint="BF"/>
                <w:lang w:val="en-NZ"/>
              </w:rPr>
            </w:pPr>
            <w:r w:rsidRPr="00DF3460">
              <w:rPr>
                <w:color w:val="404040" w:themeColor="text1" w:themeTint="BF"/>
                <w:lang w:val="en-NZ"/>
              </w:rPr>
              <w:t>Signed:</w:t>
            </w:r>
          </w:p>
        </w:tc>
        <w:tc>
          <w:tcPr>
            <w:tcW w:w="5103" w:type="dxa"/>
            <w:gridSpan w:val="3"/>
            <w:tcBorders>
              <w:bottom w:val="single" w:sz="4" w:space="0" w:color="auto"/>
            </w:tcBorders>
            <w:vAlign w:val="bottom"/>
          </w:tcPr>
          <w:p w14:paraId="1DE084E5" w14:textId="65E1B1C0" w:rsidR="009D6831" w:rsidRPr="00DF3460" w:rsidRDefault="009D6831" w:rsidP="009D6831">
            <w:pPr>
              <w:rPr>
                <w:color w:val="404040" w:themeColor="text1" w:themeTint="BF"/>
                <w:lang w:val="en-NZ"/>
              </w:rPr>
            </w:pPr>
          </w:p>
        </w:tc>
        <w:tc>
          <w:tcPr>
            <w:tcW w:w="851" w:type="dxa"/>
            <w:vAlign w:val="bottom"/>
          </w:tcPr>
          <w:p w14:paraId="3B564E28" w14:textId="50506513" w:rsidR="009D6831" w:rsidRPr="00DF3460" w:rsidRDefault="009D6831" w:rsidP="009D6831">
            <w:pPr>
              <w:rPr>
                <w:color w:val="404040" w:themeColor="text1" w:themeTint="BF"/>
                <w:lang w:val="en-NZ"/>
              </w:rPr>
            </w:pPr>
            <w:r w:rsidRPr="00DF3460">
              <w:rPr>
                <w:color w:val="404040" w:themeColor="text1" w:themeTint="BF"/>
                <w:lang w:val="en-NZ"/>
              </w:rPr>
              <w:t>Date:</w:t>
            </w:r>
          </w:p>
        </w:tc>
        <w:tc>
          <w:tcPr>
            <w:tcW w:w="2874" w:type="dxa"/>
            <w:tcBorders>
              <w:bottom w:val="single" w:sz="4" w:space="0" w:color="auto"/>
            </w:tcBorders>
            <w:vAlign w:val="bottom"/>
          </w:tcPr>
          <w:p w14:paraId="49571716" w14:textId="6B767AEA" w:rsidR="009D6831" w:rsidRPr="00DF3460" w:rsidRDefault="009D6831" w:rsidP="009D6831">
            <w:pPr>
              <w:rPr>
                <w:color w:val="404040" w:themeColor="text1" w:themeTint="BF"/>
                <w:lang w:val="en-NZ"/>
              </w:rPr>
            </w:pPr>
          </w:p>
        </w:tc>
      </w:tr>
    </w:tbl>
    <w:p w14:paraId="2F79EA9C" w14:textId="77777777" w:rsidR="005E58DD" w:rsidRPr="00DF3460" w:rsidRDefault="005E58DD" w:rsidP="005E58DD">
      <w:pPr>
        <w:spacing w:after="0"/>
        <w:rPr>
          <w:bCs/>
          <w:i/>
          <w:iCs/>
          <w:color w:val="808080" w:themeColor="background1" w:themeShade="80"/>
          <w:lang w:val="en-NZ"/>
        </w:rPr>
      </w:pPr>
    </w:p>
    <w:p w14:paraId="04A12D0C" w14:textId="6D8F59EE" w:rsidR="009B0606" w:rsidRPr="00DF3460" w:rsidRDefault="009B0606">
      <w:pPr>
        <w:rPr>
          <w:bCs/>
          <w:i/>
          <w:iCs/>
          <w:color w:val="808080" w:themeColor="background1" w:themeShade="80"/>
          <w:lang w:val="en-NZ"/>
        </w:rPr>
      </w:pPr>
      <w:r w:rsidRPr="00DF3460">
        <w:rPr>
          <w:bCs/>
          <w:i/>
          <w:iCs/>
          <w:color w:val="808080" w:themeColor="background1" w:themeShade="80"/>
          <w:lang w:val="en-NZ"/>
        </w:rPr>
        <w:t xml:space="preserve">The candidate </w:t>
      </w:r>
      <w:r w:rsidR="00C57276" w:rsidRPr="00DF3460">
        <w:rPr>
          <w:bCs/>
          <w:i/>
          <w:iCs/>
          <w:color w:val="808080" w:themeColor="background1" w:themeShade="80"/>
          <w:lang w:val="en-NZ"/>
        </w:rPr>
        <w:t>must consent to the nomination and fill out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
        <w:gridCol w:w="807"/>
        <w:gridCol w:w="5103"/>
        <w:gridCol w:w="851"/>
        <w:gridCol w:w="2874"/>
      </w:tblGrid>
      <w:tr w:rsidR="00C57276" w:rsidRPr="00DF3460" w14:paraId="0C5291FD" w14:textId="77777777" w:rsidTr="00C57276">
        <w:trPr>
          <w:trHeight w:val="373"/>
        </w:trPr>
        <w:tc>
          <w:tcPr>
            <w:tcW w:w="327" w:type="dxa"/>
            <w:vAlign w:val="bottom"/>
          </w:tcPr>
          <w:p w14:paraId="6CEA45A1" w14:textId="77777777" w:rsidR="00C57276" w:rsidRPr="00DF3460" w:rsidRDefault="00C57276" w:rsidP="00D4740C">
            <w:pPr>
              <w:rPr>
                <w:color w:val="404040" w:themeColor="text1" w:themeTint="BF"/>
                <w:lang w:val="en-NZ"/>
              </w:rPr>
            </w:pPr>
            <w:r w:rsidRPr="00DF3460">
              <w:rPr>
                <w:color w:val="404040" w:themeColor="text1" w:themeTint="BF"/>
                <w:lang w:val="en-NZ"/>
              </w:rPr>
              <w:t xml:space="preserve">I, </w:t>
            </w:r>
          </w:p>
        </w:tc>
        <w:tc>
          <w:tcPr>
            <w:tcW w:w="9635" w:type="dxa"/>
            <w:gridSpan w:val="4"/>
            <w:tcBorders>
              <w:bottom w:val="single" w:sz="4" w:space="0" w:color="auto"/>
            </w:tcBorders>
            <w:vAlign w:val="bottom"/>
          </w:tcPr>
          <w:p w14:paraId="274139C9" w14:textId="77777777" w:rsidR="00C57276" w:rsidRPr="00DF3460" w:rsidRDefault="00C57276" w:rsidP="00D4740C">
            <w:pPr>
              <w:rPr>
                <w:color w:val="404040" w:themeColor="text1" w:themeTint="BF"/>
                <w:lang w:val="en-NZ"/>
              </w:rPr>
            </w:pPr>
          </w:p>
        </w:tc>
      </w:tr>
      <w:tr w:rsidR="00C57276" w:rsidRPr="00DF3460" w14:paraId="51EC9B48" w14:textId="77777777" w:rsidTr="00D4740C">
        <w:trPr>
          <w:trHeight w:val="403"/>
        </w:trPr>
        <w:tc>
          <w:tcPr>
            <w:tcW w:w="9962" w:type="dxa"/>
            <w:gridSpan w:val="5"/>
            <w:vAlign w:val="bottom"/>
          </w:tcPr>
          <w:p w14:paraId="37DDE78E" w14:textId="77777777" w:rsidR="00C57276" w:rsidRPr="00DF3460" w:rsidRDefault="00C57276" w:rsidP="00C57276">
            <w:pPr>
              <w:pStyle w:val="ListBullet"/>
              <w:spacing w:before="120" w:after="120"/>
              <w:ind w:left="357" w:hanging="357"/>
              <w:contextualSpacing w:val="0"/>
              <w:rPr>
                <w:color w:val="404040" w:themeColor="text1" w:themeTint="BF"/>
                <w:lang w:val="en-NZ"/>
              </w:rPr>
            </w:pPr>
            <w:r w:rsidRPr="00DF3460">
              <w:rPr>
                <w:color w:val="404040" w:themeColor="text1" w:themeTint="BF"/>
                <w:lang w:val="en-NZ"/>
              </w:rPr>
              <w:t>consent to my nomination;</w:t>
            </w:r>
          </w:p>
          <w:p w14:paraId="57091065" w14:textId="5A095674" w:rsidR="00C57276" w:rsidRPr="00DF3460" w:rsidRDefault="00C57276" w:rsidP="00C57276">
            <w:pPr>
              <w:pStyle w:val="ListBullet"/>
              <w:spacing w:after="120"/>
              <w:ind w:left="357" w:hanging="357"/>
              <w:contextualSpacing w:val="0"/>
              <w:rPr>
                <w:color w:val="404040" w:themeColor="text1" w:themeTint="BF"/>
                <w:lang w:val="en-NZ"/>
              </w:rPr>
            </w:pPr>
            <w:r w:rsidRPr="00DF3460">
              <w:rPr>
                <w:color w:val="404040" w:themeColor="text1" w:themeTint="BF"/>
                <w:lang w:val="en-NZ"/>
              </w:rPr>
              <w:t>confirm that I authorise inquiries being made in confidence to relevant individuals and regulatory bodies, and information being</w:t>
            </w:r>
            <w:r w:rsidR="00E56C94">
              <w:rPr>
                <w:color w:val="404040" w:themeColor="text1" w:themeTint="BF"/>
                <w:lang w:val="en-NZ"/>
              </w:rPr>
              <w:t xml:space="preserve"> </w:t>
            </w:r>
            <w:r w:rsidR="00E56C94" w:rsidRPr="00DF3460">
              <w:rPr>
                <w:color w:val="404040" w:themeColor="text1" w:themeTint="BF"/>
                <w:lang w:val="en-NZ"/>
              </w:rPr>
              <w:t>disclosed</w:t>
            </w:r>
            <w:r w:rsidRPr="00DF3460">
              <w:rPr>
                <w:color w:val="404040" w:themeColor="text1" w:themeTint="BF"/>
                <w:lang w:val="en-NZ"/>
              </w:rPr>
              <w:t xml:space="preserve"> in confidence to or by them for confidential collection, storage, and use, on matters relevant to the determination of my nomination for the Access to Justice Award; and</w:t>
            </w:r>
          </w:p>
          <w:p w14:paraId="56B752B4" w14:textId="036F8DE6" w:rsidR="00C57276" w:rsidRPr="00DF3460" w:rsidRDefault="00C57276" w:rsidP="00C57276">
            <w:pPr>
              <w:pStyle w:val="ListBullet"/>
              <w:spacing w:after="120"/>
              <w:ind w:left="357" w:hanging="357"/>
              <w:contextualSpacing w:val="0"/>
              <w:rPr>
                <w:color w:val="404040" w:themeColor="text1" w:themeTint="BF"/>
                <w:lang w:val="en-NZ"/>
              </w:rPr>
            </w:pPr>
            <w:r w:rsidRPr="00DF3460">
              <w:rPr>
                <w:color w:val="404040" w:themeColor="text1" w:themeTint="BF"/>
                <w:lang w:val="en-NZ"/>
              </w:rPr>
              <w:t>certify that all information provided in or with this application is true and correct.</w:t>
            </w:r>
          </w:p>
        </w:tc>
      </w:tr>
      <w:tr w:rsidR="00C57276" w:rsidRPr="00DF3460" w14:paraId="65DE76F2" w14:textId="77777777" w:rsidTr="00D4740C">
        <w:trPr>
          <w:trHeight w:val="717"/>
        </w:trPr>
        <w:tc>
          <w:tcPr>
            <w:tcW w:w="1134" w:type="dxa"/>
            <w:gridSpan w:val="2"/>
            <w:vAlign w:val="bottom"/>
          </w:tcPr>
          <w:p w14:paraId="7D0DF577" w14:textId="77777777" w:rsidR="00C57276" w:rsidRPr="00DF3460" w:rsidRDefault="00C57276" w:rsidP="00D4740C">
            <w:pPr>
              <w:rPr>
                <w:color w:val="404040" w:themeColor="text1" w:themeTint="BF"/>
                <w:lang w:val="en-NZ"/>
              </w:rPr>
            </w:pPr>
            <w:r w:rsidRPr="00DF3460">
              <w:rPr>
                <w:color w:val="404040" w:themeColor="text1" w:themeTint="BF"/>
                <w:lang w:val="en-NZ"/>
              </w:rPr>
              <w:t>Signed:</w:t>
            </w:r>
          </w:p>
        </w:tc>
        <w:tc>
          <w:tcPr>
            <w:tcW w:w="5103" w:type="dxa"/>
            <w:tcBorders>
              <w:bottom w:val="single" w:sz="4" w:space="0" w:color="auto"/>
            </w:tcBorders>
            <w:vAlign w:val="bottom"/>
          </w:tcPr>
          <w:p w14:paraId="1B8ECE0B" w14:textId="77777777" w:rsidR="00C57276" w:rsidRPr="00DF3460" w:rsidRDefault="00C57276" w:rsidP="00D4740C">
            <w:pPr>
              <w:rPr>
                <w:color w:val="404040" w:themeColor="text1" w:themeTint="BF"/>
                <w:lang w:val="en-NZ"/>
              </w:rPr>
            </w:pPr>
          </w:p>
        </w:tc>
        <w:tc>
          <w:tcPr>
            <w:tcW w:w="851" w:type="dxa"/>
            <w:vAlign w:val="bottom"/>
          </w:tcPr>
          <w:p w14:paraId="5083408E" w14:textId="77777777" w:rsidR="00C57276" w:rsidRPr="00DF3460" w:rsidRDefault="00C57276" w:rsidP="00D4740C">
            <w:pPr>
              <w:rPr>
                <w:color w:val="404040" w:themeColor="text1" w:themeTint="BF"/>
                <w:lang w:val="en-NZ"/>
              </w:rPr>
            </w:pPr>
            <w:r w:rsidRPr="00DF3460">
              <w:rPr>
                <w:color w:val="404040" w:themeColor="text1" w:themeTint="BF"/>
                <w:lang w:val="en-NZ"/>
              </w:rPr>
              <w:t>Date:</w:t>
            </w:r>
          </w:p>
        </w:tc>
        <w:tc>
          <w:tcPr>
            <w:tcW w:w="2874" w:type="dxa"/>
            <w:tcBorders>
              <w:bottom w:val="single" w:sz="4" w:space="0" w:color="auto"/>
            </w:tcBorders>
            <w:vAlign w:val="bottom"/>
          </w:tcPr>
          <w:p w14:paraId="56506924" w14:textId="77777777" w:rsidR="00C57276" w:rsidRPr="00DF3460" w:rsidRDefault="00C57276" w:rsidP="00D4740C">
            <w:pPr>
              <w:rPr>
                <w:color w:val="404040" w:themeColor="text1" w:themeTint="BF"/>
                <w:lang w:val="en-NZ"/>
              </w:rPr>
            </w:pPr>
          </w:p>
        </w:tc>
      </w:tr>
    </w:tbl>
    <w:p w14:paraId="726A3B18" w14:textId="536A9DB7" w:rsidR="00CC049A" w:rsidRPr="00DF3460" w:rsidRDefault="00CC049A" w:rsidP="006509B7">
      <w:pPr>
        <w:pStyle w:val="ListBullet"/>
        <w:numPr>
          <w:ilvl w:val="0"/>
          <w:numId w:val="0"/>
        </w:numPr>
        <w:spacing w:after="40"/>
        <w:rPr>
          <w:color w:val="404040" w:themeColor="text1" w:themeTint="BF"/>
          <w:lang w:val="en-NZ"/>
        </w:rPr>
      </w:pPr>
    </w:p>
    <w:tbl>
      <w:tblPr>
        <w:tblStyle w:val="TableGrid"/>
        <w:tblW w:w="0" w:type="auto"/>
        <w:tblLook w:val="04A0" w:firstRow="1" w:lastRow="0" w:firstColumn="1" w:lastColumn="0" w:noHBand="0" w:noVBand="1"/>
      </w:tblPr>
      <w:tblGrid>
        <w:gridCol w:w="9962"/>
      </w:tblGrid>
      <w:tr w:rsidR="00B85111" w:rsidRPr="00DF3460" w14:paraId="162EF7A1" w14:textId="77777777" w:rsidTr="00B85111">
        <w:tc>
          <w:tcPr>
            <w:tcW w:w="9962" w:type="dxa"/>
            <w:shd w:val="clear" w:color="auto" w:fill="1A325E"/>
          </w:tcPr>
          <w:p w14:paraId="672F21C2" w14:textId="114797E0" w:rsidR="00B85111" w:rsidRPr="00DF3460" w:rsidRDefault="00B85111" w:rsidP="00B85111">
            <w:pPr>
              <w:rPr>
                <w:b/>
                <w:bCs/>
                <w:color w:val="FFFFFF" w:themeColor="background1"/>
                <w:lang w:val="en-NZ"/>
              </w:rPr>
            </w:pPr>
            <w:r w:rsidRPr="00DF3460">
              <w:rPr>
                <w:b/>
                <w:bCs/>
                <w:color w:val="FFFFFF" w:themeColor="background1"/>
                <w:lang w:val="en-NZ"/>
              </w:rPr>
              <w:t>SELF NOMINATION</w:t>
            </w:r>
          </w:p>
        </w:tc>
      </w:tr>
    </w:tbl>
    <w:p w14:paraId="22A517D3" w14:textId="25704A5D" w:rsidR="006F483E" w:rsidRPr="00DF3460" w:rsidRDefault="006F483E" w:rsidP="006F483E">
      <w:pPr>
        <w:rPr>
          <w:bCs/>
          <w:i/>
          <w:iCs/>
          <w:color w:val="808080" w:themeColor="background1" w:themeShade="80"/>
          <w:lang w:val="en-NZ"/>
        </w:rPr>
      </w:pPr>
      <w:r w:rsidRPr="00DF3460">
        <w:rPr>
          <w:bCs/>
          <w:i/>
          <w:iCs/>
          <w:color w:val="808080" w:themeColor="background1" w:themeShade="80"/>
          <w:lang w:val="en-NZ"/>
        </w:rPr>
        <w:t>Please fill out the following if you are nominating yourself: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
        <w:gridCol w:w="807"/>
        <w:gridCol w:w="5103"/>
        <w:gridCol w:w="851"/>
        <w:gridCol w:w="2874"/>
      </w:tblGrid>
      <w:tr w:rsidR="00B85111" w:rsidRPr="00DF3460" w14:paraId="4E0040F3" w14:textId="77777777" w:rsidTr="00D4740C">
        <w:trPr>
          <w:trHeight w:val="373"/>
        </w:trPr>
        <w:tc>
          <w:tcPr>
            <w:tcW w:w="327" w:type="dxa"/>
            <w:vAlign w:val="bottom"/>
          </w:tcPr>
          <w:p w14:paraId="5E96D3AE" w14:textId="77777777" w:rsidR="00B85111" w:rsidRPr="00DF3460" w:rsidRDefault="00B85111" w:rsidP="00D4740C">
            <w:pPr>
              <w:rPr>
                <w:color w:val="404040" w:themeColor="text1" w:themeTint="BF"/>
                <w:lang w:val="en-NZ"/>
              </w:rPr>
            </w:pPr>
            <w:r w:rsidRPr="00DF3460">
              <w:rPr>
                <w:color w:val="404040" w:themeColor="text1" w:themeTint="BF"/>
                <w:lang w:val="en-NZ"/>
              </w:rPr>
              <w:t xml:space="preserve">I, </w:t>
            </w:r>
          </w:p>
        </w:tc>
        <w:tc>
          <w:tcPr>
            <w:tcW w:w="9635" w:type="dxa"/>
            <w:gridSpan w:val="4"/>
            <w:tcBorders>
              <w:bottom w:val="single" w:sz="4" w:space="0" w:color="auto"/>
            </w:tcBorders>
            <w:vAlign w:val="bottom"/>
          </w:tcPr>
          <w:p w14:paraId="5B43AAE7" w14:textId="7DE69589" w:rsidR="00B85111" w:rsidRPr="00DF3460" w:rsidRDefault="00B85111" w:rsidP="00D4740C">
            <w:pPr>
              <w:rPr>
                <w:color w:val="404040" w:themeColor="text1" w:themeTint="BF"/>
                <w:lang w:val="en-NZ"/>
              </w:rPr>
            </w:pPr>
          </w:p>
        </w:tc>
      </w:tr>
      <w:tr w:rsidR="00B85111" w:rsidRPr="00DF3460" w14:paraId="2B542774" w14:textId="77777777" w:rsidTr="00D4740C">
        <w:trPr>
          <w:trHeight w:val="403"/>
        </w:trPr>
        <w:tc>
          <w:tcPr>
            <w:tcW w:w="9962" w:type="dxa"/>
            <w:gridSpan w:val="5"/>
            <w:vAlign w:val="bottom"/>
          </w:tcPr>
          <w:p w14:paraId="0456D50F" w14:textId="77777777" w:rsidR="00B85111" w:rsidRPr="00DF3460" w:rsidRDefault="00B85111" w:rsidP="00B85111">
            <w:pPr>
              <w:pStyle w:val="ListBullet"/>
              <w:spacing w:before="120"/>
              <w:ind w:left="357" w:hanging="357"/>
              <w:contextualSpacing w:val="0"/>
              <w:rPr>
                <w:color w:val="404040" w:themeColor="text1" w:themeTint="BF"/>
                <w:lang w:val="en-NZ"/>
              </w:rPr>
            </w:pPr>
            <w:r w:rsidRPr="00DF3460">
              <w:rPr>
                <w:color w:val="404040" w:themeColor="text1" w:themeTint="BF"/>
                <w:lang w:val="en-NZ"/>
              </w:rPr>
              <w:t>nominate myself as a candidate for the Access to Justice Award;</w:t>
            </w:r>
          </w:p>
          <w:p w14:paraId="12385427" w14:textId="6D7EC992" w:rsidR="00B85111" w:rsidRPr="00DF3460" w:rsidRDefault="00B85111" w:rsidP="00B85111">
            <w:pPr>
              <w:pStyle w:val="ListBullet"/>
              <w:spacing w:before="120"/>
              <w:ind w:left="357" w:hanging="357"/>
              <w:contextualSpacing w:val="0"/>
              <w:rPr>
                <w:color w:val="404040" w:themeColor="text1" w:themeTint="BF"/>
                <w:lang w:val="en-NZ"/>
              </w:rPr>
            </w:pPr>
            <w:r w:rsidRPr="00DF3460">
              <w:rPr>
                <w:color w:val="404040" w:themeColor="text1" w:themeTint="BF"/>
                <w:lang w:val="en-NZ"/>
              </w:rPr>
              <w:t>confirm that I authorise inquiries being made in confidence to relevant individuals and regulatory bodies, and information being</w:t>
            </w:r>
            <w:r w:rsidR="00E56C94">
              <w:rPr>
                <w:color w:val="404040" w:themeColor="text1" w:themeTint="BF"/>
                <w:lang w:val="en-NZ"/>
              </w:rPr>
              <w:t xml:space="preserve"> disclosed</w:t>
            </w:r>
            <w:r w:rsidRPr="00DF3460">
              <w:rPr>
                <w:color w:val="404040" w:themeColor="text1" w:themeTint="BF"/>
                <w:lang w:val="en-NZ"/>
              </w:rPr>
              <w:t xml:space="preserve"> in confidence to or by them for confidential collection, storage, and use, on matters relevant to the determination of my nomination for the Access to Justice Award; and</w:t>
            </w:r>
          </w:p>
          <w:p w14:paraId="78D1FFED" w14:textId="2597E6B0" w:rsidR="00B85111" w:rsidRPr="00DF3460" w:rsidRDefault="00B85111" w:rsidP="00B85111">
            <w:pPr>
              <w:pStyle w:val="ListBullet"/>
              <w:spacing w:before="120"/>
              <w:ind w:left="357" w:hanging="357"/>
              <w:contextualSpacing w:val="0"/>
              <w:rPr>
                <w:color w:val="404040" w:themeColor="text1" w:themeTint="BF"/>
                <w:lang w:val="en-NZ"/>
              </w:rPr>
            </w:pPr>
            <w:r w:rsidRPr="00DF3460">
              <w:rPr>
                <w:color w:val="404040" w:themeColor="text1" w:themeTint="BF"/>
                <w:lang w:val="en-NZ"/>
              </w:rPr>
              <w:t>certify that all information provided in or with this application is true and correct.</w:t>
            </w:r>
          </w:p>
        </w:tc>
      </w:tr>
      <w:tr w:rsidR="00B85111" w:rsidRPr="00DF3460" w14:paraId="21E44079" w14:textId="77777777" w:rsidTr="00D4740C">
        <w:trPr>
          <w:trHeight w:val="717"/>
        </w:trPr>
        <w:tc>
          <w:tcPr>
            <w:tcW w:w="1134" w:type="dxa"/>
            <w:gridSpan w:val="2"/>
            <w:vAlign w:val="bottom"/>
          </w:tcPr>
          <w:p w14:paraId="567A4676" w14:textId="77777777" w:rsidR="00B85111" w:rsidRPr="00DF3460" w:rsidRDefault="00B85111" w:rsidP="00D4740C">
            <w:pPr>
              <w:rPr>
                <w:color w:val="404040" w:themeColor="text1" w:themeTint="BF"/>
                <w:lang w:val="en-NZ"/>
              </w:rPr>
            </w:pPr>
            <w:r w:rsidRPr="00DF3460">
              <w:rPr>
                <w:color w:val="404040" w:themeColor="text1" w:themeTint="BF"/>
                <w:lang w:val="en-NZ"/>
              </w:rPr>
              <w:t>Signed:</w:t>
            </w:r>
          </w:p>
        </w:tc>
        <w:tc>
          <w:tcPr>
            <w:tcW w:w="5103" w:type="dxa"/>
            <w:tcBorders>
              <w:bottom w:val="single" w:sz="4" w:space="0" w:color="auto"/>
            </w:tcBorders>
            <w:vAlign w:val="bottom"/>
          </w:tcPr>
          <w:p w14:paraId="2BEDF4FC" w14:textId="77777777" w:rsidR="00B85111" w:rsidRPr="00DF3460" w:rsidRDefault="00B85111" w:rsidP="00D4740C">
            <w:pPr>
              <w:rPr>
                <w:color w:val="404040" w:themeColor="text1" w:themeTint="BF"/>
                <w:lang w:val="en-NZ"/>
              </w:rPr>
            </w:pPr>
          </w:p>
        </w:tc>
        <w:tc>
          <w:tcPr>
            <w:tcW w:w="851" w:type="dxa"/>
            <w:vAlign w:val="bottom"/>
          </w:tcPr>
          <w:p w14:paraId="62DC3266" w14:textId="77777777" w:rsidR="00B85111" w:rsidRPr="00DF3460" w:rsidRDefault="00B85111" w:rsidP="00D4740C">
            <w:pPr>
              <w:rPr>
                <w:color w:val="404040" w:themeColor="text1" w:themeTint="BF"/>
                <w:lang w:val="en-NZ"/>
              </w:rPr>
            </w:pPr>
            <w:r w:rsidRPr="00DF3460">
              <w:rPr>
                <w:color w:val="404040" w:themeColor="text1" w:themeTint="BF"/>
                <w:lang w:val="en-NZ"/>
              </w:rPr>
              <w:t>Date:</w:t>
            </w:r>
          </w:p>
        </w:tc>
        <w:tc>
          <w:tcPr>
            <w:tcW w:w="2874" w:type="dxa"/>
            <w:tcBorders>
              <w:bottom w:val="single" w:sz="4" w:space="0" w:color="auto"/>
            </w:tcBorders>
            <w:vAlign w:val="bottom"/>
          </w:tcPr>
          <w:p w14:paraId="34865E81" w14:textId="77777777" w:rsidR="00B85111" w:rsidRPr="00DF3460" w:rsidRDefault="00B85111" w:rsidP="00D4740C">
            <w:pPr>
              <w:rPr>
                <w:color w:val="404040" w:themeColor="text1" w:themeTint="BF"/>
                <w:lang w:val="en-NZ"/>
              </w:rPr>
            </w:pPr>
          </w:p>
        </w:tc>
      </w:tr>
    </w:tbl>
    <w:p w14:paraId="6885583C" w14:textId="77777777" w:rsidR="00062A6C" w:rsidRPr="00DF3460" w:rsidRDefault="00062A6C">
      <w:pPr>
        <w:rPr>
          <w:i/>
          <w:color w:val="808080" w:themeColor="background1" w:themeShade="80"/>
          <w:lang w:val="en-NZ"/>
        </w:rPr>
      </w:pPr>
    </w:p>
    <w:p w14:paraId="13F36A83" w14:textId="77777777" w:rsidR="00CC049A" w:rsidRPr="00DF3460" w:rsidRDefault="00C82297">
      <w:pPr>
        <w:pStyle w:val="Heading2"/>
        <w:spacing w:before="160" w:after="80"/>
        <w:rPr>
          <w:b w:val="0"/>
          <w:bCs w:val="0"/>
          <w:color w:val="1A325E"/>
          <w:sz w:val="36"/>
          <w:szCs w:val="36"/>
          <w:lang w:val="en-NZ"/>
        </w:rPr>
      </w:pPr>
      <w:r w:rsidRPr="00DF3460">
        <w:rPr>
          <w:b w:val="0"/>
          <w:bCs w:val="0"/>
          <w:color w:val="1A325E"/>
          <w:sz w:val="36"/>
          <w:szCs w:val="36"/>
          <w:lang w:val="en-NZ"/>
        </w:rPr>
        <w:t>PART B: NOMINEE’S DETAILS</w:t>
      </w:r>
    </w:p>
    <w:tbl>
      <w:tblPr>
        <w:tblStyle w:val="TableGrid"/>
        <w:tblW w:w="0" w:type="auto"/>
        <w:tblLook w:val="04A0" w:firstRow="1" w:lastRow="0" w:firstColumn="1" w:lastColumn="0" w:noHBand="0" w:noVBand="1"/>
      </w:tblPr>
      <w:tblGrid>
        <w:gridCol w:w="2381"/>
        <w:gridCol w:w="7395"/>
      </w:tblGrid>
      <w:tr w:rsidR="00CC049A" w:rsidRPr="00DF3460" w14:paraId="6D0E6021" w14:textId="77777777" w:rsidTr="00062A6C">
        <w:tc>
          <w:tcPr>
            <w:tcW w:w="2381" w:type="dxa"/>
            <w:shd w:val="clear" w:color="auto" w:fill="1A325E"/>
            <w:tcMar>
              <w:top w:w="120" w:type="dxa"/>
              <w:left w:w="120" w:type="dxa"/>
              <w:bottom w:w="120" w:type="dxa"/>
              <w:right w:w="120" w:type="dxa"/>
            </w:tcMar>
            <w:vAlign w:val="center"/>
          </w:tcPr>
          <w:p w14:paraId="7C49E79F" w14:textId="77777777" w:rsidR="00CC049A" w:rsidRPr="00DF3460" w:rsidRDefault="00C82297">
            <w:pPr>
              <w:rPr>
                <w:color w:val="FFFFFF" w:themeColor="background1"/>
                <w:lang w:val="en-NZ"/>
              </w:rPr>
            </w:pPr>
            <w:r w:rsidRPr="00DF3460">
              <w:rPr>
                <w:b/>
                <w:color w:val="FFFFFF" w:themeColor="background1"/>
                <w:lang w:val="en-NZ"/>
              </w:rPr>
              <w:t>Full name:</w:t>
            </w:r>
          </w:p>
        </w:tc>
        <w:tc>
          <w:tcPr>
            <w:tcW w:w="7395" w:type="dxa"/>
            <w:tcMar>
              <w:top w:w="120" w:type="dxa"/>
              <w:left w:w="120" w:type="dxa"/>
              <w:bottom w:w="120" w:type="dxa"/>
              <w:right w:w="120" w:type="dxa"/>
            </w:tcMar>
            <w:vAlign w:val="center"/>
          </w:tcPr>
          <w:p w14:paraId="3A47BC44" w14:textId="77777777" w:rsidR="00CC049A" w:rsidRPr="00DF3460" w:rsidRDefault="00CC049A">
            <w:pPr>
              <w:rPr>
                <w:color w:val="404040" w:themeColor="text1" w:themeTint="BF"/>
                <w:lang w:val="en-NZ"/>
              </w:rPr>
            </w:pPr>
          </w:p>
        </w:tc>
      </w:tr>
      <w:tr w:rsidR="00CC049A" w:rsidRPr="00DF3460" w14:paraId="29D05E03" w14:textId="77777777" w:rsidTr="00062A6C">
        <w:tc>
          <w:tcPr>
            <w:tcW w:w="2381" w:type="dxa"/>
            <w:shd w:val="clear" w:color="auto" w:fill="1A325E"/>
            <w:tcMar>
              <w:top w:w="120" w:type="dxa"/>
              <w:left w:w="120" w:type="dxa"/>
              <w:bottom w:w="120" w:type="dxa"/>
              <w:right w:w="120" w:type="dxa"/>
            </w:tcMar>
            <w:vAlign w:val="center"/>
          </w:tcPr>
          <w:p w14:paraId="5B8AD39D" w14:textId="77777777" w:rsidR="00CC049A" w:rsidRPr="00DF3460" w:rsidRDefault="00C82297">
            <w:pPr>
              <w:rPr>
                <w:color w:val="FFFFFF" w:themeColor="background1"/>
                <w:lang w:val="en-NZ"/>
              </w:rPr>
            </w:pPr>
            <w:r w:rsidRPr="00DF3460">
              <w:rPr>
                <w:b/>
                <w:color w:val="FFFFFF" w:themeColor="background1"/>
                <w:lang w:val="en-NZ"/>
              </w:rPr>
              <w:t>Address:</w:t>
            </w:r>
          </w:p>
        </w:tc>
        <w:tc>
          <w:tcPr>
            <w:tcW w:w="7395" w:type="dxa"/>
            <w:tcMar>
              <w:top w:w="120" w:type="dxa"/>
              <w:left w:w="120" w:type="dxa"/>
              <w:bottom w:w="120" w:type="dxa"/>
              <w:right w:w="120" w:type="dxa"/>
            </w:tcMar>
            <w:vAlign w:val="center"/>
          </w:tcPr>
          <w:p w14:paraId="77E5112A" w14:textId="77777777" w:rsidR="00CC049A" w:rsidRPr="00DF3460" w:rsidRDefault="00CC049A">
            <w:pPr>
              <w:rPr>
                <w:color w:val="404040" w:themeColor="text1" w:themeTint="BF"/>
                <w:lang w:val="en-NZ"/>
              </w:rPr>
            </w:pPr>
          </w:p>
        </w:tc>
      </w:tr>
      <w:tr w:rsidR="00CC049A" w:rsidRPr="00DF3460" w14:paraId="26F0021D" w14:textId="77777777" w:rsidTr="00062A6C">
        <w:tc>
          <w:tcPr>
            <w:tcW w:w="2381" w:type="dxa"/>
            <w:shd w:val="clear" w:color="auto" w:fill="1A325E"/>
            <w:tcMar>
              <w:top w:w="120" w:type="dxa"/>
              <w:left w:w="120" w:type="dxa"/>
              <w:bottom w:w="120" w:type="dxa"/>
              <w:right w:w="120" w:type="dxa"/>
            </w:tcMar>
            <w:vAlign w:val="center"/>
          </w:tcPr>
          <w:p w14:paraId="39B36657" w14:textId="77777777" w:rsidR="00CC049A" w:rsidRPr="00DF3460" w:rsidRDefault="00C82297">
            <w:pPr>
              <w:rPr>
                <w:color w:val="FFFFFF" w:themeColor="background1"/>
                <w:lang w:val="en-NZ"/>
              </w:rPr>
            </w:pPr>
            <w:r w:rsidRPr="00DF3460">
              <w:rPr>
                <w:b/>
                <w:color w:val="FFFFFF" w:themeColor="background1"/>
                <w:lang w:val="en-NZ"/>
              </w:rPr>
              <w:t>Email:</w:t>
            </w:r>
          </w:p>
        </w:tc>
        <w:tc>
          <w:tcPr>
            <w:tcW w:w="7395" w:type="dxa"/>
            <w:tcMar>
              <w:top w:w="120" w:type="dxa"/>
              <w:left w:w="120" w:type="dxa"/>
              <w:bottom w:w="120" w:type="dxa"/>
              <w:right w:w="120" w:type="dxa"/>
            </w:tcMar>
            <w:vAlign w:val="center"/>
          </w:tcPr>
          <w:p w14:paraId="3269FBDC" w14:textId="77777777" w:rsidR="00CC049A" w:rsidRPr="00DF3460" w:rsidRDefault="00CC049A">
            <w:pPr>
              <w:rPr>
                <w:color w:val="404040" w:themeColor="text1" w:themeTint="BF"/>
                <w:lang w:val="en-NZ"/>
              </w:rPr>
            </w:pPr>
          </w:p>
        </w:tc>
      </w:tr>
      <w:tr w:rsidR="00CC049A" w:rsidRPr="00DF3460" w14:paraId="198C3B10" w14:textId="77777777" w:rsidTr="00062A6C">
        <w:tc>
          <w:tcPr>
            <w:tcW w:w="2381" w:type="dxa"/>
            <w:shd w:val="clear" w:color="auto" w:fill="1A325E"/>
            <w:tcMar>
              <w:top w:w="120" w:type="dxa"/>
              <w:left w:w="120" w:type="dxa"/>
              <w:bottom w:w="120" w:type="dxa"/>
              <w:right w:w="120" w:type="dxa"/>
            </w:tcMar>
            <w:vAlign w:val="center"/>
          </w:tcPr>
          <w:p w14:paraId="608DC82F" w14:textId="77777777" w:rsidR="00CC049A" w:rsidRPr="00DF3460" w:rsidRDefault="00C82297">
            <w:pPr>
              <w:rPr>
                <w:color w:val="FFFFFF" w:themeColor="background1"/>
                <w:lang w:val="en-NZ"/>
              </w:rPr>
            </w:pPr>
            <w:r w:rsidRPr="00DF3460">
              <w:rPr>
                <w:b/>
                <w:color w:val="FFFFFF" w:themeColor="background1"/>
                <w:lang w:val="en-NZ"/>
              </w:rPr>
              <w:t>Telephone number:</w:t>
            </w:r>
          </w:p>
        </w:tc>
        <w:tc>
          <w:tcPr>
            <w:tcW w:w="7395" w:type="dxa"/>
            <w:tcMar>
              <w:top w:w="120" w:type="dxa"/>
              <w:left w:w="120" w:type="dxa"/>
              <w:bottom w:w="120" w:type="dxa"/>
              <w:right w:w="120" w:type="dxa"/>
            </w:tcMar>
            <w:vAlign w:val="center"/>
          </w:tcPr>
          <w:p w14:paraId="3A458F03" w14:textId="77777777" w:rsidR="00CC049A" w:rsidRPr="00DF3460" w:rsidRDefault="00CC049A">
            <w:pPr>
              <w:rPr>
                <w:color w:val="404040" w:themeColor="text1" w:themeTint="BF"/>
                <w:lang w:val="en-NZ"/>
              </w:rPr>
            </w:pPr>
          </w:p>
        </w:tc>
      </w:tr>
      <w:tr w:rsidR="00CC049A" w:rsidRPr="00DF3460" w14:paraId="6AA60E11" w14:textId="77777777" w:rsidTr="00062A6C">
        <w:tc>
          <w:tcPr>
            <w:tcW w:w="2381" w:type="dxa"/>
            <w:shd w:val="clear" w:color="auto" w:fill="1A325E"/>
            <w:tcMar>
              <w:top w:w="120" w:type="dxa"/>
              <w:left w:w="120" w:type="dxa"/>
              <w:bottom w:w="120" w:type="dxa"/>
              <w:right w:w="120" w:type="dxa"/>
            </w:tcMar>
            <w:vAlign w:val="center"/>
          </w:tcPr>
          <w:p w14:paraId="33C2878A" w14:textId="77777777" w:rsidR="00CC049A" w:rsidRPr="00DF3460" w:rsidRDefault="00C82297">
            <w:pPr>
              <w:rPr>
                <w:color w:val="FFFFFF" w:themeColor="background1"/>
                <w:lang w:val="en-NZ"/>
              </w:rPr>
            </w:pPr>
            <w:r w:rsidRPr="00DF3460">
              <w:rPr>
                <w:b/>
                <w:color w:val="FFFFFF" w:themeColor="background1"/>
                <w:lang w:val="en-NZ"/>
              </w:rPr>
              <w:t>Occupation:</w:t>
            </w:r>
          </w:p>
        </w:tc>
        <w:tc>
          <w:tcPr>
            <w:tcW w:w="7395" w:type="dxa"/>
            <w:tcMar>
              <w:top w:w="120" w:type="dxa"/>
              <w:left w:w="120" w:type="dxa"/>
              <w:bottom w:w="120" w:type="dxa"/>
              <w:right w:w="120" w:type="dxa"/>
            </w:tcMar>
            <w:vAlign w:val="center"/>
          </w:tcPr>
          <w:p w14:paraId="48D691D9" w14:textId="77777777" w:rsidR="00CC049A" w:rsidRPr="00DF3460" w:rsidRDefault="00CC049A">
            <w:pPr>
              <w:rPr>
                <w:color w:val="404040" w:themeColor="text1" w:themeTint="BF"/>
                <w:lang w:val="en-NZ"/>
              </w:rPr>
            </w:pPr>
          </w:p>
        </w:tc>
      </w:tr>
    </w:tbl>
    <w:p w14:paraId="45DA9C60" w14:textId="77777777" w:rsidR="00062A6C" w:rsidRPr="00DF3460" w:rsidRDefault="00062A6C" w:rsidP="00476B53">
      <w:pPr>
        <w:rPr>
          <w:lang w:val="en-NZ"/>
        </w:rPr>
      </w:pPr>
    </w:p>
    <w:p w14:paraId="7F769304" w14:textId="59D47007" w:rsidR="00CC049A" w:rsidRPr="00DF3460" w:rsidRDefault="00C82297">
      <w:pPr>
        <w:pStyle w:val="Heading2"/>
        <w:spacing w:before="160" w:after="80"/>
        <w:rPr>
          <w:b w:val="0"/>
          <w:bCs w:val="0"/>
          <w:color w:val="1A325E"/>
          <w:sz w:val="36"/>
          <w:szCs w:val="36"/>
          <w:lang w:val="en-NZ"/>
        </w:rPr>
      </w:pPr>
      <w:r w:rsidRPr="00DF3460">
        <w:rPr>
          <w:b w:val="0"/>
          <w:bCs w:val="0"/>
          <w:color w:val="1A325E"/>
          <w:sz w:val="36"/>
          <w:szCs w:val="36"/>
          <w:lang w:val="en-NZ"/>
        </w:rPr>
        <w:t>PART C: REFEREES</w:t>
      </w:r>
    </w:p>
    <w:p w14:paraId="02F2EF6D" w14:textId="77777777" w:rsidR="00CC049A" w:rsidRPr="00DF3460" w:rsidRDefault="00C82297">
      <w:pPr>
        <w:rPr>
          <w:i/>
          <w:color w:val="A6A6A6" w:themeColor="background1" w:themeShade="A6"/>
          <w:lang w:val="en-NZ"/>
        </w:rPr>
      </w:pPr>
      <w:r w:rsidRPr="00DF3460">
        <w:rPr>
          <w:i/>
          <w:color w:val="A6A6A6" w:themeColor="background1" w:themeShade="A6"/>
          <w:lang w:val="en-NZ"/>
        </w:rPr>
        <w:t>Please list any referees you would like us to contact about your application (maximum 2 referees).</w:t>
      </w:r>
    </w:p>
    <w:tbl>
      <w:tblPr>
        <w:tblStyle w:val="TableGrid"/>
        <w:tblW w:w="0" w:type="auto"/>
        <w:tblLook w:val="04A0" w:firstRow="1" w:lastRow="0" w:firstColumn="1" w:lastColumn="0" w:noHBand="0" w:noVBand="1"/>
      </w:tblPr>
      <w:tblGrid>
        <w:gridCol w:w="955"/>
        <w:gridCol w:w="1927"/>
        <w:gridCol w:w="2835"/>
        <w:gridCol w:w="2154"/>
        <w:gridCol w:w="1814"/>
      </w:tblGrid>
      <w:tr w:rsidR="00CC049A" w:rsidRPr="00DF3460" w14:paraId="45A46648" w14:textId="77777777" w:rsidTr="00476B53">
        <w:tc>
          <w:tcPr>
            <w:tcW w:w="850" w:type="dxa"/>
            <w:shd w:val="clear" w:color="auto" w:fill="1A325E"/>
            <w:tcMar>
              <w:top w:w="120" w:type="dxa"/>
              <w:left w:w="120" w:type="dxa"/>
              <w:bottom w:w="120" w:type="dxa"/>
              <w:right w:w="120" w:type="dxa"/>
            </w:tcMar>
            <w:vAlign w:val="center"/>
          </w:tcPr>
          <w:p w14:paraId="3CD7DC86" w14:textId="77777777" w:rsidR="00CC049A" w:rsidRPr="00DF3460" w:rsidRDefault="00C82297" w:rsidP="00476B53">
            <w:pPr>
              <w:rPr>
                <w:color w:val="FFFFFF" w:themeColor="background1"/>
                <w:lang w:val="en-NZ"/>
              </w:rPr>
            </w:pPr>
            <w:r w:rsidRPr="00DF3460">
              <w:rPr>
                <w:b/>
                <w:color w:val="FFFFFF" w:themeColor="background1"/>
                <w:lang w:val="en-NZ"/>
              </w:rPr>
              <w:t>Referee</w:t>
            </w:r>
          </w:p>
        </w:tc>
        <w:tc>
          <w:tcPr>
            <w:tcW w:w="1927" w:type="dxa"/>
            <w:shd w:val="clear" w:color="auto" w:fill="1A325E"/>
            <w:tcMar>
              <w:top w:w="120" w:type="dxa"/>
              <w:left w:w="120" w:type="dxa"/>
              <w:bottom w:w="120" w:type="dxa"/>
              <w:right w:w="120" w:type="dxa"/>
            </w:tcMar>
            <w:vAlign w:val="center"/>
          </w:tcPr>
          <w:p w14:paraId="4033D5CD" w14:textId="77777777" w:rsidR="00CC049A" w:rsidRPr="00DF3460" w:rsidRDefault="00C82297" w:rsidP="00476B53">
            <w:pPr>
              <w:rPr>
                <w:color w:val="FFFFFF" w:themeColor="background1"/>
                <w:lang w:val="en-NZ"/>
              </w:rPr>
            </w:pPr>
            <w:r w:rsidRPr="00DF3460">
              <w:rPr>
                <w:b/>
                <w:color w:val="FFFFFF" w:themeColor="background1"/>
                <w:lang w:val="en-NZ"/>
              </w:rPr>
              <w:t>Name</w:t>
            </w:r>
          </w:p>
        </w:tc>
        <w:tc>
          <w:tcPr>
            <w:tcW w:w="2835" w:type="dxa"/>
            <w:shd w:val="clear" w:color="auto" w:fill="1A325E"/>
            <w:tcMar>
              <w:top w:w="120" w:type="dxa"/>
              <w:left w:w="120" w:type="dxa"/>
              <w:bottom w:w="120" w:type="dxa"/>
              <w:right w:w="120" w:type="dxa"/>
            </w:tcMar>
            <w:vAlign w:val="center"/>
          </w:tcPr>
          <w:p w14:paraId="1F9DF124" w14:textId="77777777" w:rsidR="00CC049A" w:rsidRPr="00DF3460" w:rsidRDefault="00C82297" w:rsidP="00476B53">
            <w:pPr>
              <w:rPr>
                <w:color w:val="FFFFFF" w:themeColor="background1"/>
                <w:lang w:val="en-NZ"/>
              </w:rPr>
            </w:pPr>
            <w:r w:rsidRPr="00DF3460">
              <w:rPr>
                <w:b/>
                <w:color w:val="FFFFFF" w:themeColor="background1"/>
                <w:lang w:val="en-NZ"/>
              </w:rPr>
              <w:t>Position/relationship to nominee</w:t>
            </w:r>
          </w:p>
        </w:tc>
        <w:tc>
          <w:tcPr>
            <w:tcW w:w="2154" w:type="dxa"/>
            <w:shd w:val="clear" w:color="auto" w:fill="1A325E"/>
            <w:tcMar>
              <w:top w:w="120" w:type="dxa"/>
              <w:left w:w="120" w:type="dxa"/>
              <w:bottom w:w="120" w:type="dxa"/>
              <w:right w:w="120" w:type="dxa"/>
            </w:tcMar>
            <w:vAlign w:val="center"/>
          </w:tcPr>
          <w:p w14:paraId="0938B97D" w14:textId="77777777" w:rsidR="00CC049A" w:rsidRPr="00DF3460" w:rsidRDefault="00C82297" w:rsidP="00476B53">
            <w:pPr>
              <w:rPr>
                <w:color w:val="FFFFFF" w:themeColor="background1"/>
                <w:lang w:val="en-NZ"/>
              </w:rPr>
            </w:pPr>
            <w:r w:rsidRPr="00DF3460">
              <w:rPr>
                <w:b/>
                <w:color w:val="FFFFFF" w:themeColor="background1"/>
                <w:lang w:val="en-NZ"/>
              </w:rPr>
              <w:t>Email</w:t>
            </w:r>
          </w:p>
        </w:tc>
        <w:tc>
          <w:tcPr>
            <w:tcW w:w="1814" w:type="dxa"/>
            <w:shd w:val="clear" w:color="auto" w:fill="1A325E"/>
            <w:tcMar>
              <w:top w:w="120" w:type="dxa"/>
              <w:left w:w="120" w:type="dxa"/>
              <w:bottom w:w="120" w:type="dxa"/>
              <w:right w:w="120" w:type="dxa"/>
            </w:tcMar>
            <w:vAlign w:val="center"/>
          </w:tcPr>
          <w:p w14:paraId="6030A7DB" w14:textId="77777777" w:rsidR="00CC049A" w:rsidRPr="00DF3460" w:rsidRDefault="00C82297" w:rsidP="00476B53">
            <w:pPr>
              <w:rPr>
                <w:color w:val="FFFFFF" w:themeColor="background1"/>
                <w:lang w:val="en-NZ"/>
              </w:rPr>
            </w:pPr>
            <w:r w:rsidRPr="00DF3460">
              <w:rPr>
                <w:b/>
                <w:color w:val="FFFFFF" w:themeColor="background1"/>
                <w:lang w:val="en-NZ"/>
              </w:rPr>
              <w:t>Telephone</w:t>
            </w:r>
          </w:p>
        </w:tc>
      </w:tr>
      <w:tr w:rsidR="00CC049A" w:rsidRPr="00DF3460" w14:paraId="173F78F4" w14:textId="77777777" w:rsidTr="00476B53">
        <w:tc>
          <w:tcPr>
            <w:tcW w:w="850" w:type="dxa"/>
            <w:tcMar>
              <w:top w:w="180" w:type="dxa"/>
              <w:left w:w="120" w:type="dxa"/>
              <w:bottom w:w="180" w:type="dxa"/>
              <w:right w:w="120" w:type="dxa"/>
            </w:tcMar>
            <w:vAlign w:val="center"/>
          </w:tcPr>
          <w:p w14:paraId="4EF4BD4F" w14:textId="77777777" w:rsidR="00CC049A" w:rsidRPr="00DF3460" w:rsidRDefault="00C82297">
            <w:pPr>
              <w:jc w:val="center"/>
              <w:rPr>
                <w:color w:val="404040" w:themeColor="text1" w:themeTint="BF"/>
                <w:lang w:val="en-NZ"/>
              </w:rPr>
            </w:pPr>
            <w:r w:rsidRPr="00DF3460">
              <w:rPr>
                <w:color w:val="404040" w:themeColor="text1" w:themeTint="BF"/>
                <w:lang w:val="en-NZ"/>
              </w:rPr>
              <w:t>1</w:t>
            </w:r>
          </w:p>
        </w:tc>
        <w:tc>
          <w:tcPr>
            <w:tcW w:w="1927" w:type="dxa"/>
            <w:tcMar>
              <w:top w:w="180" w:type="dxa"/>
              <w:left w:w="120" w:type="dxa"/>
              <w:bottom w:w="180" w:type="dxa"/>
              <w:right w:w="120" w:type="dxa"/>
            </w:tcMar>
            <w:vAlign w:val="center"/>
          </w:tcPr>
          <w:p w14:paraId="1E0F61C8" w14:textId="77777777" w:rsidR="00CC049A" w:rsidRPr="00DF3460" w:rsidRDefault="00CC049A">
            <w:pPr>
              <w:rPr>
                <w:color w:val="404040" w:themeColor="text1" w:themeTint="BF"/>
                <w:lang w:val="en-NZ"/>
              </w:rPr>
            </w:pPr>
          </w:p>
        </w:tc>
        <w:tc>
          <w:tcPr>
            <w:tcW w:w="2835" w:type="dxa"/>
            <w:tcMar>
              <w:top w:w="180" w:type="dxa"/>
              <w:left w:w="120" w:type="dxa"/>
              <w:bottom w:w="180" w:type="dxa"/>
              <w:right w:w="120" w:type="dxa"/>
            </w:tcMar>
            <w:vAlign w:val="center"/>
          </w:tcPr>
          <w:p w14:paraId="4F270694" w14:textId="77777777" w:rsidR="00CC049A" w:rsidRPr="00DF3460" w:rsidRDefault="00CC049A">
            <w:pPr>
              <w:rPr>
                <w:color w:val="404040" w:themeColor="text1" w:themeTint="BF"/>
                <w:lang w:val="en-NZ"/>
              </w:rPr>
            </w:pPr>
          </w:p>
        </w:tc>
        <w:tc>
          <w:tcPr>
            <w:tcW w:w="2154" w:type="dxa"/>
            <w:tcMar>
              <w:top w:w="180" w:type="dxa"/>
              <w:left w:w="120" w:type="dxa"/>
              <w:bottom w:w="180" w:type="dxa"/>
              <w:right w:w="120" w:type="dxa"/>
            </w:tcMar>
            <w:vAlign w:val="center"/>
          </w:tcPr>
          <w:p w14:paraId="27343C33" w14:textId="77777777" w:rsidR="00CC049A" w:rsidRPr="00DF3460" w:rsidRDefault="00CC049A">
            <w:pPr>
              <w:rPr>
                <w:color w:val="404040" w:themeColor="text1" w:themeTint="BF"/>
                <w:lang w:val="en-NZ"/>
              </w:rPr>
            </w:pPr>
          </w:p>
        </w:tc>
        <w:tc>
          <w:tcPr>
            <w:tcW w:w="1814" w:type="dxa"/>
            <w:tcMar>
              <w:top w:w="180" w:type="dxa"/>
              <w:left w:w="120" w:type="dxa"/>
              <w:bottom w:w="180" w:type="dxa"/>
              <w:right w:w="120" w:type="dxa"/>
            </w:tcMar>
            <w:vAlign w:val="center"/>
          </w:tcPr>
          <w:p w14:paraId="19F6419A" w14:textId="77777777" w:rsidR="00CC049A" w:rsidRPr="00DF3460" w:rsidRDefault="00CC049A">
            <w:pPr>
              <w:rPr>
                <w:color w:val="404040" w:themeColor="text1" w:themeTint="BF"/>
                <w:lang w:val="en-NZ"/>
              </w:rPr>
            </w:pPr>
          </w:p>
        </w:tc>
      </w:tr>
      <w:tr w:rsidR="00CC049A" w:rsidRPr="00DF3460" w14:paraId="5C7FFB35" w14:textId="77777777" w:rsidTr="00476B53">
        <w:tc>
          <w:tcPr>
            <w:tcW w:w="850" w:type="dxa"/>
            <w:tcMar>
              <w:top w:w="180" w:type="dxa"/>
              <w:left w:w="120" w:type="dxa"/>
              <w:bottom w:w="180" w:type="dxa"/>
              <w:right w:w="120" w:type="dxa"/>
            </w:tcMar>
            <w:vAlign w:val="center"/>
          </w:tcPr>
          <w:p w14:paraId="790FF178" w14:textId="77777777" w:rsidR="00CC049A" w:rsidRPr="00DF3460" w:rsidRDefault="00C82297">
            <w:pPr>
              <w:jc w:val="center"/>
              <w:rPr>
                <w:color w:val="404040" w:themeColor="text1" w:themeTint="BF"/>
                <w:lang w:val="en-NZ"/>
              </w:rPr>
            </w:pPr>
            <w:r w:rsidRPr="00DF3460">
              <w:rPr>
                <w:color w:val="404040" w:themeColor="text1" w:themeTint="BF"/>
                <w:lang w:val="en-NZ"/>
              </w:rPr>
              <w:t>2</w:t>
            </w:r>
          </w:p>
        </w:tc>
        <w:tc>
          <w:tcPr>
            <w:tcW w:w="1927" w:type="dxa"/>
            <w:tcMar>
              <w:top w:w="180" w:type="dxa"/>
              <w:left w:w="120" w:type="dxa"/>
              <w:bottom w:w="180" w:type="dxa"/>
              <w:right w:w="120" w:type="dxa"/>
            </w:tcMar>
            <w:vAlign w:val="center"/>
          </w:tcPr>
          <w:p w14:paraId="73AF77B6" w14:textId="77777777" w:rsidR="00CC049A" w:rsidRPr="00DF3460" w:rsidRDefault="00CC049A">
            <w:pPr>
              <w:rPr>
                <w:color w:val="404040" w:themeColor="text1" w:themeTint="BF"/>
                <w:lang w:val="en-NZ"/>
              </w:rPr>
            </w:pPr>
          </w:p>
        </w:tc>
        <w:tc>
          <w:tcPr>
            <w:tcW w:w="2835" w:type="dxa"/>
            <w:tcMar>
              <w:top w:w="180" w:type="dxa"/>
              <w:left w:w="120" w:type="dxa"/>
              <w:bottom w:w="180" w:type="dxa"/>
              <w:right w:w="120" w:type="dxa"/>
            </w:tcMar>
            <w:vAlign w:val="center"/>
          </w:tcPr>
          <w:p w14:paraId="2D906958" w14:textId="77777777" w:rsidR="00CC049A" w:rsidRPr="00DF3460" w:rsidRDefault="00CC049A">
            <w:pPr>
              <w:rPr>
                <w:color w:val="404040" w:themeColor="text1" w:themeTint="BF"/>
                <w:lang w:val="en-NZ"/>
              </w:rPr>
            </w:pPr>
          </w:p>
        </w:tc>
        <w:tc>
          <w:tcPr>
            <w:tcW w:w="2154" w:type="dxa"/>
            <w:tcMar>
              <w:top w:w="180" w:type="dxa"/>
              <w:left w:w="120" w:type="dxa"/>
              <w:bottom w:w="180" w:type="dxa"/>
              <w:right w:w="120" w:type="dxa"/>
            </w:tcMar>
            <w:vAlign w:val="center"/>
          </w:tcPr>
          <w:p w14:paraId="182621EC" w14:textId="77777777" w:rsidR="00CC049A" w:rsidRPr="00DF3460" w:rsidRDefault="00CC049A">
            <w:pPr>
              <w:rPr>
                <w:color w:val="404040" w:themeColor="text1" w:themeTint="BF"/>
                <w:lang w:val="en-NZ"/>
              </w:rPr>
            </w:pPr>
          </w:p>
        </w:tc>
        <w:tc>
          <w:tcPr>
            <w:tcW w:w="1814" w:type="dxa"/>
            <w:tcMar>
              <w:top w:w="180" w:type="dxa"/>
              <w:left w:w="120" w:type="dxa"/>
              <w:bottom w:w="180" w:type="dxa"/>
              <w:right w:w="120" w:type="dxa"/>
            </w:tcMar>
            <w:vAlign w:val="center"/>
          </w:tcPr>
          <w:p w14:paraId="09F0231E" w14:textId="77777777" w:rsidR="00CC049A" w:rsidRPr="00DF3460" w:rsidRDefault="00CC049A">
            <w:pPr>
              <w:rPr>
                <w:color w:val="404040" w:themeColor="text1" w:themeTint="BF"/>
                <w:lang w:val="en-NZ"/>
              </w:rPr>
            </w:pPr>
          </w:p>
        </w:tc>
      </w:tr>
    </w:tbl>
    <w:p w14:paraId="7C3A9AA6" w14:textId="77777777" w:rsidR="00476B53" w:rsidRPr="00DF3460" w:rsidRDefault="00476B53" w:rsidP="00062574">
      <w:pPr>
        <w:rPr>
          <w:lang w:val="en-NZ"/>
        </w:rPr>
      </w:pPr>
    </w:p>
    <w:p w14:paraId="34D4FAC5" w14:textId="049C5376" w:rsidR="00CC049A" w:rsidRPr="00DF3460" w:rsidRDefault="00C82297">
      <w:pPr>
        <w:pStyle w:val="Heading2"/>
        <w:spacing w:before="160" w:after="80"/>
        <w:rPr>
          <w:b w:val="0"/>
          <w:bCs w:val="0"/>
          <w:color w:val="1A325E"/>
          <w:sz w:val="36"/>
          <w:szCs w:val="36"/>
          <w:lang w:val="en-NZ"/>
        </w:rPr>
      </w:pPr>
      <w:r w:rsidRPr="00DF3460">
        <w:rPr>
          <w:b w:val="0"/>
          <w:bCs w:val="0"/>
          <w:color w:val="1A325E"/>
          <w:sz w:val="36"/>
          <w:szCs w:val="36"/>
          <w:lang w:val="en-NZ"/>
        </w:rPr>
        <w:t>PART D: DEMONSTRATING THE NOMINEE’S ATTAINMENT OF THE AWARD CRITERIA</w:t>
      </w:r>
    </w:p>
    <w:p w14:paraId="69A51B39" w14:textId="098EEE42" w:rsidR="00CC049A" w:rsidRPr="00DF3460" w:rsidRDefault="00C82297">
      <w:pPr>
        <w:rPr>
          <w:color w:val="404040" w:themeColor="text1" w:themeTint="BF"/>
          <w:lang w:val="en-NZ"/>
        </w:rPr>
      </w:pPr>
      <w:r w:rsidRPr="00DF3460">
        <w:rPr>
          <w:color w:val="404040" w:themeColor="text1" w:themeTint="BF"/>
          <w:lang w:val="en-NZ"/>
        </w:rPr>
        <w:t>In this section outline how the Nominee meets each of the Award criteria. Where possible</w:t>
      </w:r>
      <w:r w:rsidR="00403FE3" w:rsidRPr="00DF3460">
        <w:rPr>
          <w:color w:val="404040" w:themeColor="text1" w:themeTint="BF"/>
          <w:lang w:val="en-NZ"/>
        </w:rPr>
        <w:t>,</w:t>
      </w:r>
      <w:r w:rsidRPr="00DF3460">
        <w:rPr>
          <w:color w:val="404040" w:themeColor="text1" w:themeTint="BF"/>
          <w:lang w:val="en-NZ"/>
        </w:rPr>
        <w:t xml:space="preserve"> set out specific examples to demonstrate the Nominee’s attainment of the criteria. Please limit statements to no more than 450 words.</w:t>
      </w:r>
    </w:p>
    <w:p w14:paraId="7E125ABB" w14:textId="635B1712" w:rsidR="00CC049A" w:rsidRPr="00DF3460" w:rsidRDefault="00FE21B0" w:rsidP="00403FE3">
      <w:pPr>
        <w:spacing w:after="0"/>
        <w:rPr>
          <w:color w:val="81B5D8"/>
          <w:lang w:val="en-NZ"/>
        </w:rPr>
      </w:pPr>
      <w:r w:rsidRPr="00DF3460">
        <w:rPr>
          <w:b/>
          <w:color w:val="81B5D8"/>
          <w:lang w:val="en-NZ"/>
        </w:rPr>
        <w:t>CONTRIBUTION</w:t>
      </w:r>
    </w:p>
    <w:p w14:paraId="212FAFE5" w14:textId="77777777" w:rsidR="00CC049A" w:rsidRPr="00DF3460" w:rsidRDefault="00C82297">
      <w:pPr>
        <w:rPr>
          <w:color w:val="404040" w:themeColor="text1" w:themeTint="BF"/>
          <w:lang w:val="en-NZ"/>
        </w:rPr>
      </w:pPr>
      <w:r w:rsidRPr="00DF3460">
        <w:rPr>
          <w:color w:val="404040" w:themeColor="text1" w:themeTint="BF"/>
          <w:lang w:val="en-NZ"/>
        </w:rPr>
        <w:t>The extent to which a Nominee demonstrates significant contribution to improving access to justice.</w:t>
      </w:r>
    </w:p>
    <w:p w14:paraId="20AA83AB" w14:textId="77777777" w:rsidR="00403FE3" w:rsidRPr="00DF3460" w:rsidRDefault="00403FE3" w:rsidP="00403FE3">
      <w:pPr>
        <w:rPr>
          <w:i/>
          <w:iCs/>
          <w:color w:val="A6A6A6" w:themeColor="background1" w:themeShade="A6"/>
          <w:lang w:val="en-NZ"/>
        </w:rPr>
      </w:pPr>
      <w:r w:rsidRPr="00DF3460">
        <w:rPr>
          <w:i/>
          <w:iCs/>
          <w:color w:val="A6A6A6" w:themeColor="background1" w:themeShade="A6"/>
          <w:lang w:val="en-NZ"/>
        </w:rPr>
        <w:t>Please limit statements to no more than 450 words.</w:t>
      </w:r>
    </w:p>
    <w:p w14:paraId="0D279482" w14:textId="77777777" w:rsidR="00476B53" w:rsidRPr="00DF3460" w:rsidRDefault="00476B53">
      <w:pPr>
        <w:pStyle w:val="Heading3"/>
        <w:spacing w:before="160" w:after="80"/>
        <w:rPr>
          <w:color w:val="81B5D8"/>
          <w:lang w:val="en-NZ"/>
        </w:rPr>
      </w:pPr>
    </w:p>
    <w:p w14:paraId="37315BF9" w14:textId="77777777" w:rsidR="00476B53" w:rsidRPr="00DF3460" w:rsidRDefault="00476B53">
      <w:pPr>
        <w:pStyle w:val="Heading3"/>
        <w:spacing w:before="160" w:after="80"/>
        <w:rPr>
          <w:color w:val="81B5D8"/>
          <w:lang w:val="en-NZ"/>
        </w:rPr>
      </w:pPr>
    </w:p>
    <w:p w14:paraId="22C325A8" w14:textId="4279013D" w:rsidR="00CC049A" w:rsidRPr="00DF3460" w:rsidRDefault="00FE21B0" w:rsidP="00403FE3">
      <w:pPr>
        <w:pStyle w:val="Heading3"/>
        <w:spacing w:before="160"/>
        <w:rPr>
          <w:color w:val="81B5D8"/>
          <w:lang w:val="en-NZ"/>
        </w:rPr>
      </w:pPr>
      <w:r w:rsidRPr="00DF3460">
        <w:rPr>
          <w:color w:val="81B5D8"/>
          <w:lang w:val="en-NZ"/>
        </w:rPr>
        <w:t>IMPACT</w:t>
      </w:r>
    </w:p>
    <w:p w14:paraId="338867C3" w14:textId="77777777" w:rsidR="00CC049A" w:rsidRPr="00DF3460" w:rsidRDefault="00C82297">
      <w:pPr>
        <w:rPr>
          <w:color w:val="404040" w:themeColor="text1" w:themeTint="BF"/>
          <w:lang w:val="en-NZ"/>
        </w:rPr>
      </w:pPr>
      <w:r w:rsidRPr="00DF3460">
        <w:rPr>
          <w:color w:val="404040" w:themeColor="text1" w:themeTint="BF"/>
          <w:lang w:val="en-NZ"/>
        </w:rPr>
        <w:t>The extent to which a Nominee can demonstrate the impacts and outcomes of their contribution(s) to access to justice.</w:t>
      </w:r>
    </w:p>
    <w:p w14:paraId="14800CCF" w14:textId="77777777" w:rsidR="00403FE3" w:rsidRPr="00DF3460" w:rsidRDefault="00403FE3" w:rsidP="00403FE3">
      <w:pPr>
        <w:rPr>
          <w:i/>
          <w:iCs/>
          <w:color w:val="A6A6A6" w:themeColor="background1" w:themeShade="A6"/>
          <w:lang w:val="en-NZ"/>
        </w:rPr>
      </w:pPr>
      <w:r w:rsidRPr="00DF3460">
        <w:rPr>
          <w:i/>
          <w:iCs/>
          <w:color w:val="A6A6A6" w:themeColor="background1" w:themeShade="A6"/>
          <w:lang w:val="en-NZ"/>
        </w:rPr>
        <w:t>Please limit statements to no more than 450 words.</w:t>
      </w:r>
    </w:p>
    <w:p w14:paraId="3C9D1CB3" w14:textId="77777777" w:rsidR="00403FE3" w:rsidRPr="00DF3460" w:rsidRDefault="00403FE3">
      <w:pPr>
        <w:pStyle w:val="Heading3"/>
        <w:spacing w:before="160" w:after="80"/>
        <w:rPr>
          <w:color w:val="81B5D8"/>
          <w:lang w:val="en-NZ"/>
        </w:rPr>
      </w:pPr>
    </w:p>
    <w:p w14:paraId="31F98BD1" w14:textId="5C12142E" w:rsidR="00CC049A" w:rsidRPr="00DF3460" w:rsidRDefault="00FE21B0">
      <w:pPr>
        <w:pStyle w:val="Heading3"/>
        <w:spacing w:before="160" w:after="80"/>
        <w:rPr>
          <w:color w:val="81B5D8"/>
          <w:lang w:val="en-NZ"/>
        </w:rPr>
      </w:pPr>
      <w:r w:rsidRPr="00DF3460">
        <w:rPr>
          <w:color w:val="81B5D8"/>
          <w:lang w:val="en-NZ"/>
        </w:rPr>
        <w:t>LEADERSHIP</w:t>
      </w:r>
    </w:p>
    <w:p w14:paraId="4D75993B" w14:textId="77777777" w:rsidR="00CC049A" w:rsidRPr="00DF3460" w:rsidRDefault="00C82297">
      <w:pPr>
        <w:rPr>
          <w:color w:val="404040" w:themeColor="text1" w:themeTint="BF"/>
          <w:lang w:val="en-NZ"/>
        </w:rPr>
      </w:pPr>
      <w:r w:rsidRPr="00DF3460">
        <w:rPr>
          <w:color w:val="404040" w:themeColor="text1" w:themeTint="BF"/>
          <w:lang w:val="en-NZ"/>
        </w:rPr>
        <w:t>The extent to which the Nominee has shown outstanding leadership, influence, or innovation to enhance the provision, management and delivery of legal services to enable better access to justice outcomes for individuals and/or communities.</w:t>
      </w:r>
    </w:p>
    <w:p w14:paraId="5806C00D" w14:textId="77777777" w:rsidR="00403FE3" w:rsidRPr="00DF3460" w:rsidRDefault="00403FE3" w:rsidP="00403FE3">
      <w:pPr>
        <w:rPr>
          <w:i/>
          <w:iCs/>
          <w:color w:val="A6A6A6" w:themeColor="background1" w:themeShade="A6"/>
          <w:lang w:val="en-NZ"/>
        </w:rPr>
      </w:pPr>
      <w:r w:rsidRPr="00DF3460">
        <w:rPr>
          <w:i/>
          <w:iCs/>
          <w:color w:val="A6A6A6" w:themeColor="background1" w:themeShade="A6"/>
          <w:lang w:val="en-NZ"/>
        </w:rPr>
        <w:t>Please limit statements to no more than 450 words.</w:t>
      </w:r>
    </w:p>
    <w:p w14:paraId="24779418" w14:textId="184CDEA9" w:rsidR="00CC049A" w:rsidRPr="00DF3460" w:rsidRDefault="00CC049A" w:rsidP="00403FE3">
      <w:pPr>
        <w:rPr>
          <w:color w:val="404040" w:themeColor="text1" w:themeTint="BF"/>
          <w:lang w:val="en-NZ"/>
        </w:rPr>
      </w:pPr>
    </w:p>
    <w:p w14:paraId="0BFEC8FB" w14:textId="77777777" w:rsidR="0097439D" w:rsidRPr="00DF3460" w:rsidRDefault="0097439D" w:rsidP="00403FE3">
      <w:pPr>
        <w:rPr>
          <w:color w:val="404040" w:themeColor="text1" w:themeTint="BF"/>
          <w:lang w:val="en-NZ"/>
        </w:rPr>
      </w:pPr>
    </w:p>
    <w:p w14:paraId="321430A7" w14:textId="77777777" w:rsidR="0097439D" w:rsidRPr="00DF3460" w:rsidRDefault="0097439D" w:rsidP="00403FE3">
      <w:pPr>
        <w:rPr>
          <w:color w:val="404040" w:themeColor="text1" w:themeTint="BF"/>
          <w:lang w:val="en-NZ"/>
        </w:rPr>
      </w:pPr>
    </w:p>
    <w:p w14:paraId="17AA194F" w14:textId="6BFE6286" w:rsidR="0097439D" w:rsidRPr="00DF3460" w:rsidRDefault="0097439D" w:rsidP="0097439D">
      <w:pPr>
        <w:spacing w:after="0"/>
        <w:rPr>
          <w:i/>
          <w:iCs/>
          <w:color w:val="1A325E"/>
          <w:lang w:val="en-NZ"/>
        </w:rPr>
      </w:pPr>
      <w:r w:rsidRPr="00DF3460">
        <w:rPr>
          <w:i/>
          <w:iCs/>
          <w:color w:val="1A325E"/>
          <w:lang w:val="en-NZ"/>
        </w:rPr>
        <w:t xml:space="preserve">Please email the completed form to the NZBA at </w:t>
      </w:r>
      <w:r w:rsidRPr="00DF3460">
        <w:rPr>
          <w:i/>
          <w:iCs/>
          <w:color w:val="1A325E"/>
          <w:u w:val="single"/>
          <w:lang w:val="en-NZ"/>
        </w:rPr>
        <w:t>president@nzbar.org.nz</w:t>
      </w:r>
      <w:r w:rsidRPr="00DF3460">
        <w:rPr>
          <w:i/>
          <w:iCs/>
          <w:color w:val="1A325E"/>
          <w:lang w:val="en-NZ"/>
        </w:rPr>
        <w:t xml:space="preserve"> by </w:t>
      </w:r>
      <w:r w:rsidRPr="00DF3460">
        <w:rPr>
          <w:bCs/>
          <w:i/>
          <w:iCs/>
          <w:color w:val="1A325E"/>
          <w:lang w:val="en-NZ"/>
        </w:rPr>
        <w:t>5pm on 14 August 2026</w:t>
      </w:r>
      <w:r w:rsidRPr="00DF3460">
        <w:rPr>
          <w:i/>
          <w:iCs/>
          <w:color w:val="1A325E"/>
          <w:lang w:val="en-NZ"/>
        </w:rPr>
        <w:t>. No nomination will be accepted after that time.</w:t>
      </w:r>
    </w:p>
    <w:p w14:paraId="5817B449" w14:textId="6214A1D8" w:rsidR="00CC049A" w:rsidRPr="00DF3460" w:rsidRDefault="00CC049A" w:rsidP="00403FE3">
      <w:pPr>
        <w:rPr>
          <w:color w:val="404040" w:themeColor="text1" w:themeTint="BF"/>
          <w:lang w:val="en-NZ"/>
        </w:rPr>
      </w:pPr>
    </w:p>
    <w:sectPr w:rsidR="00CC049A" w:rsidRPr="00DF3460" w:rsidSect="00BC3F36">
      <w:footerReference w:type="default" r:id="rId10"/>
      <w:pgSz w:w="12240" w:h="15840"/>
      <w:pgMar w:top="851"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9C40A" w14:textId="77777777" w:rsidR="0092610D" w:rsidRDefault="0092610D">
      <w:pPr>
        <w:spacing w:after="0" w:line="240" w:lineRule="auto"/>
      </w:pPr>
      <w:r>
        <w:separator/>
      </w:r>
    </w:p>
  </w:endnote>
  <w:endnote w:type="continuationSeparator" w:id="0">
    <w:p w14:paraId="077B86D0" w14:textId="77777777" w:rsidR="0092610D" w:rsidRDefault="00926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60F9F" w14:textId="56F6C381" w:rsidR="003607DC" w:rsidRDefault="003607DC">
    <w:pPr>
      <w:pStyle w:val="Footer"/>
    </w:pPr>
    <w:r>
      <w:rPr>
        <w:noProof/>
      </w:rPr>
      <w:drawing>
        <wp:anchor distT="0" distB="0" distL="114300" distR="114300" simplePos="0" relativeHeight="251658240" behindDoc="1" locked="0" layoutInCell="1" allowOverlap="1" wp14:anchorId="2EFF435D" wp14:editId="5B68EC54">
          <wp:simplePos x="0" y="0"/>
          <wp:positionH relativeFrom="column">
            <wp:posOffset>2096135</wp:posOffset>
          </wp:positionH>
          <wp:positionV relativeFrom="page">
            <wp:posOffset>9484360</wp:posOffset>
          </wp:positionV>
          <wp:extent cx="1356360" cy="393422"/>
          <wp:effectExtent l="0" t="0" r="0" b="6985"/>
          <wp:wrapNone/>
          <wp:docPr id="1208685253" name="Picture 1">
            <a:extLst xmlns:a="http://schemas.openxmlformats.org/drawingml/2006/main">
              <a:ext uri="{FF2B5EF4-FFF2-40B4-BE49-F238E27FC236}">
                <a16:creationId xmlns:a16="http://schemas.microsoft.com/office/drawing/2014/main" id="{2159742B-A8BD-46C6-B4A7-E2A71C6F74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367874" name="Picture 946367874"/>
                  <pic:cNvPicPr/>
                </pic:nvPicPr>
                <pic:blipFill>
                  <a:blip r:embed="rId1"/>
                  <a:stretch>
                    <a:fillRect/>
                  </a:stretch>
                </pic:blipFill>
                <pic:spPr>
                  <a:xfrm>
                    <a:off x="0" y="0"/>
                    <a:ext cx="1356360" cy="39342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45564EC5" wp14:editId="773F9E8E">
          <wp:simplePos x="0" y="0"/>
          <wp:positionH relativeFrom="column">
            <wp:posOffset>38100</wp:posOffset>
          </wp:positionH>
          <wp:positionV relativeFrom="page">
            <wp:posOffset>9513570</wp:posOffset>
          </wp:positionV>
          <wp:extent cx="1952625" cy="309880"/>
          <wp:effectExtent l="0" t="0" r="9525" b="0"/>
          <wp:wrapNone/>
          <wp:docPr id="1267977426" name="Picture 2">
            <a:extLst xmlns:a="http://schemas.openxmlformats.org/drawingml/2006/main">
              <a:ext uri="{FF2B5EF4-FFF2-40B4-BE49-F238E27FC236}">
                <a16:creationId xmlns:a16="http://schemas.microsoft.com/office/drawing/2014/main" id="{1CE10F06-358D-4646-88F2-0C91F025AB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67606" name="Picture 60067606"/>
                  <pic:cNvPicPr/>
                </pic:nvPicPr>
                <pic:blipFill>
                  <a:blip r:embed="rId2"/>
                  <a:stretch>
                    <a:fillRect/>
                  </a:stretch>
                </pic:blipFill>
                <pic:spPr>
                  <a:xfrm>
                    <a:off x="0" y="0"/>
                    <a:ext cx="1952625" cy="309880"/>
                  </a:xfrm>
                  <a:prstGeom prst="rect">
                    <a:avLst/>
                  </a:prstGeom>
                </pic:spPr>
              </pic:pic>
            </a:graphicData>
          </a:graphic>
        </wp:anchor>
      </w:drawing>
    </w:r>
    <w:r>
      <w:rPr>
        <w:noProof/>
      </w:rPr>
      <w:drawing>
        <wp:anchor distT="0" distB="0" distL="114300" distR="114300" simplePos="0" relativeHeight="251658242" behindDoc="1" locked="0" layoutInCell="1" allowOverlap="1" wp14:anchorId="03309A29" wp14:editId="100CF8DB">
          <wp:simplePos x="0" y="0"/>
          <wp:positionH relativeFrom="column">
            <wp:posOffset>-3810</wp:posOffset>
          </wp:positionH>
          <wp:positionV relativeFrom="page">
            <wp:posOffset>9372600</wp:posOffset>
          </wp:positionV>
          <wp:extent cx="6210300" cy="222885"/>
          <wp:effectExtent l="0" t="0" r="0" b="5715"/>
          <wp:wrapNone/>
          <wp:docPr id="1762195000" name="Picture 3">
            <a:extLst xmlns:a="http://schemas.openxmlformats.org/drawingml/2006/main">
              <a:ext uri="{FF2B5EF4-FFF2-40B4-BE49-F238E27FC236}">
                <a16:creationId xmlns:a16="http://schemas.microsoft.com/office/drawing/2014/main" id="{53717491-61BD-4C09-9DDA-C4B1B0261C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954755" name="Picture 567954755"/>
                  <pic:cNvPicPr/>
                </pic:nvPicPr>
                <pic:blipFill>
                  <a:blip r:embed="rId3"/>
                  <a:stretch>
                    <a:fillRect/>
                  </a:stretch>
                </pic:blipFill>
                <pic:spPr>
                  <a:xfrm>
                    <a:off x="0" y="0"/>
                    <a:ext cx="6210300" cy="22288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19841" w14:textId="77777777" w:rsidR="0092610D" w:rsidRDefault="0092610D">
      <w:pPr>
        <w:spacing w:after="0" w:line="240" w:lineRule="auto"/>
      </w:pPr>
      <w:r>
        <w:separator/>
      </w:r>
    </w:p>
  </w:footnote>
  <w:footnote w:type="continuationSeparator" w:id="0">
    <w:p w14:paraId="501C4F39" w14:textId="77777777" w:rsidR="0092610D" w:rsidRDefault="009261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9050C862"/>
    <w:lvl w:ilvl="0">
      <w:start w:val="1"/>
      <w:numFmt w:val="bullet"/>
      <w:pStyle w:val="ListBullet"/>
      <w:lvlText w:val=""/>
      <w:lvlJc w:val="left"/>
      <w:pPr>
        <w:tabs>
          <w:tab w:val="num" w:pos="360"/>
        </w:tabs>
        <w:ind w:left="360" w:hanging="360"/>
      </w:pPr>
      <w:rPr>
        <w:rFonts w:ascii="Symbol" w:hAnsi="Symbol" w:hint="default"/>
      </w:rPr>
    </w:lvl>
  </w:abstractNum>
  <w:num w:numId="1" w16cid:durableId="1267153422">
    <w:abstractNumId w:val="3"/>
  </w:num>
  <w:num w:numId="2" w16cid:durableId="1498499566">
    <w:abstractNumId w:val="7"/>
  </w:num>
  <w:num w:numId="3" w16cid:durableId="1513373229">
    <w:abstractNumId w:val="1"/>
  </w:num>
  <w:num w:numId="4" w16cid:durableId="1761947072">
    <w:abstractNumId w:val="6"/>
  </w:num>
  <w:num w:numId="5" w16cid:durableId="590970155">
    <w:abstractNumId w:val="5"/>
  </w:num>
  <w:num w:numId="6" w16cid:durableId="750543937">
    <w:abstractNumId w:val="8"/>
  </w:num>
  <w:num w:numId="7" w16cid:durableId="841772668">
    <w:abstractNumId w:val="0"/>
  </w:num>
  <w:num w:numId="8" w16cid:durableId="968125263">
    <w:abstractNumId w:val="2"/>
  </w:num>
  <w:num w:numId="9" w16cid:durableId="9772994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78D9"/>
    <w:rsid w:val="0006063C"/>
    <w:rsid w:val="00062574"/>
    <w:rsid w:val="00062A6C"/>
    <w:rsid w:val="000D2BC7"/>
    <w:rsid w:val="0015074B"/>
    <w:rsid w:val="00151956"/>
    <w:rsid w:val="00162000"/>
    <w:rsid w:val="00180438"/>
    <w:rsid w:val="0019317E"/>
    <w:rsid w:val="001C7B01"/>
    <w:rsid w:val="00255993"/>
    <w:rsid w:val="0029639D"/>
    <w:rsid w:val="002E59B8"/>
    <w:rsid w:val="00326F90"/>
    <w:rsid w:val="003607DC"/>
    <w:rsid w:val="003772E6"/>
    <w:rsid w:val="003F7778"/>
    <w:rsid w:val="00403FE3"/>
    <w:rsid w:val="00476B53"/>
    <w:rsid w:val="004C20BB"/>
    <w:rsid w:val="00511425"/>
    <w:rsid w:val="00535E96"/>
    <w:rsid w:val="0054776A"/>
    <w:rsid w:val="005C21FC"/>
    <w:rsid w:val="005E3160"/>
    <w:rsid w:val="005E58DD"/>
    <w:rsid w:val="006509B7"/>
    <w:rsid w:val="006C6745"/>
    <w:rsid w:val="006F483E"/>
    <w:rsid w:val="007423A7"/>
    <w:rsid w:val="0077481B"/>
    <w:rsid w:val="00775A46"/>
    <w:rsid w:val="007C041C"/>
    <w:rsid w:val="007C53F0"/>
    <w:rsid w:val="00826EEE"/>
    <w:rsid w:val="008A4700"/>
    <w:rsid w:val="008C2B24"/>
    <w:rsid w:val="0092610D"/>
    <w:rsid w:val="009436DD"/>
    <w:rsid w:val="0097439D"/>
    <w:rsid w:val="009B0606"/>
    <w:rsid w:val="009B5DD7"/>
    <w:rsid w:val="009D6831"/>
    <w:rsid w:val="009E1EA1"/>
    <w:rsid w:val="00A23727"/>
    <w:rsid w:val="00AA1D8D"/>
    <w:rsid w:val="00B47730"/>
    <w:rsid w:val="00B6353F"/>
    <w:rsid w:val="00B75F06"/>
    <w:rsid w:val="00B85111"/>
    <w:rsid w:val="00BC3F36"/>
    <w:rsid w:val="00C30CB9"/>
    <w:rsid w:val="00C57276"/>
    <w:rsid w:val="00C72260"/>
    <w:rsid w:val="00C80D05"/>
    <w:rsid w:val="00C82297"/>
    <w:rsid w:val="00CB0664"/>
    <w:rsid w:val="00CC049A"/>
    <w:rsid w:val="00CD16EF"/>
    <w:rsid w:val="00D13C57"/>
    <w:rsid w:val="00D4740C"/>
    <w:rsid w:val="00DF3460"/>
    <w:rsid w:val="00E52870"/>
    <w:rsid w:val="00E56C94"/>
    <w:rsid w:val="00F978D7"/>
    <w:rsid w:val="00FC4E20"/>
    <w:rsid w:val="00FC693F"/>
    <w:rsid w:val="00FE21B0"/>
    <w:rsid w:val="00FF48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062061"/>
  <w14:defaultImageDpi w14:val="300"/>
  <w15:docId w15:val="{0CDE05E7-28EC-454E-AAB0-A0665782B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6"/>
      </w:numPr>
      <w:contextualSpacing/>
    </w:p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5"/>
      </w:numPr>
      <w:contextualSpacing/>
    </w:pPr>
  </w:style>
  <w:style w:type="paragraph" w:styleId="ListNumber">
    <w:name w:val="List Number"/>
    <w:basedOn w:val="Normal"/>
    <w:uiPriority w:val="99"/>
    <w:unhideWhenUsed/>
    <w:rsid w:val="00326F90"/>
    <w:pPr>
      <w:numPr>
        <w:numId w:val="2"/>
      </w:numPr>
      <w:contextualSpacing/>
    </w:pPr>
  </w:style>
  <w:style w:type="paragraph" w:styleId="ListNumber2">
    <w:name w:val="List Number 2"/>
    <w:basedOn w:val="Normal"/>
    <w:uiPriority w:val="99"/>
    <w:unhideWhenUsed/>
    <w:rsid w:val="0029639D"/>
    <w:pPr>
      <w:numPr>
        <w:numId w:val="1"/>
      </w:numPr>
      <w:contextualSpacing/>
    </w:pPr>
  </w:style>
  <w:style w:type="paragraph" w:styleId="ListNumber3">
    <w:name w:val="List Number 3"/>
    <w:basedOn w:val="Normal"/>
    <w:uiPriority w:val="99"/>
    <w:unhideWhenUsed/>
    <w:rsid w:val="0029639D"/>
    <w:pPr>
      <w:numPr>
        <w:numId w:val="8"/>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254214E7700947A2D9A441534520A3" ma:contentTypeVersion="16" ma:contentTypeDescription="Create a new document." ma:contentTypeScope="" ma:versionID="5bf4618a0129ec5fe39bb7301f3eb3fc">
  <xsd:schema xmlns:xsd="http://www.w3.org/2001/XMLSchema" xmlns:xs="http://www.w3.org/2001/XMLSchema" xmlns:p="http://schemas.microsoft.com/office/2006/metadata/properties" xmlns:ns2="c2933636-e6d2-4611-aef5-c631ec28c7c5" xmlns:ns3="8e0dd247-b333-4160-bc1f-ff012af83b42" targetNamespace="http://schemas.microsoft.com/office/2006/metadata/properties" ma:root="true" ma:fieldsID="871e99dc9f6365093073c1231828a751" ns2:_="" ns3:_="">
    <xsd:import namespace="c2933636-e6d2-4611-aef5-c631ec28c7c5"/>
    <xsd:import namespace="8e0dd247-b333-4160-bc1f-ff012af83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933636-e6d2-4611-aef5-c631ec28c7c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88ab60a4-aa02-421d-b571-c299a150d977}" ma:internalName="TaxCatchAll" ma:showField="CatchAllData" ma:web="c2933636-e6d2-4611-aef5-c631ec28c7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0dd247-b333-4160-bc1f-ff012af83b4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48bbd21-42f6-48cb-b406-b87a385e8a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2933636-e6d2-4611-aef5-c631ec28c7c5" xsi:nil="true"/>
    <lcf76f155ced4ddcb4097134ff3c332f xmlns="8e0dd247-b333-4160-bc1f-ff012af83b4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0F826E-DD07-4FBE-8DF2-214E0F6B90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933636-e6d2-4611-aef5-c631ec28c7c5"/>
    <ds:schemaRef ds:uri="8e0dd247-b333-4160-bc1f-ff012af83b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40BA26-467F-45D4-BA74-CABE22D74FD4}">
  <ds:schemaRefs>
    <ds:schemaRef ds:uri="http://schemas.microsoft.com/office/2006/metadata/properties"/>
    <ds:schemaRef ds:uri="http://schemas.microsoft.com/office/infopath/2007/PartnerControls"/>
    <ds:schemaRef ds:uri="c2933636-e6d2-4611-aef5-c631ec28c7c5"/>
    <ds:schemaRef ds:uri="8e0dd247-b333-4160-bc1f-ff012af83b42"/>
  </ds:schemaRefs>
</ds:datastoreItem>
</file>

<file path=customXml/itemProps3.xml><?xml version="1.0" encoding="utf-8"?>
<ds:datastoreItem xmlns:ds="http://schemas.openxmlformats.org/officeDocument/2006/customXml" ds:itemID="{87237E0F-7293-4069-A408-01FAA2452A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Thompson - NZ Bar Association</dc:creator>
  <cp:keywords/>
  <dc:description>generated by python-docx</dc:description>
  <cp:lastModifiedBy>Jacqui Thompson - NZ Bar Association</cp:lastModifiedBy>
  <cp:revision>36</cp:revision>
  <dcterms:created xsi:type="dcterms:W3CDTF">2026-07-14T03:12:00Z</dcterms:created>
  <dcterms:modified xsi:type="dcterms:W3CDTF">2026-07-14T22:49:00Z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0x01010022254214E7700947A2D9A441534520A3</vt:lpwstr>
  </property>
  <property fmtid="{D5CDD505-2E9C-101B-9397-08002B2CF9AE}" pid="3" name="GrammarlyDocumentId">
    <vt:lpwstr>dfff29ce-d489-40bd-a8ce-7c0e535f7202</vt:lpwstr>
  </property>
  <property fmtid="{D5CDD505-2E9C-101B-9397-08002B2CF9AE}" pid="4" name="MediaServiceImageTags">
    <vt:lpwstr/>
  </property>
</Properties>
</file>